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查询主播已关联的频道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1、查询主播频道关联关系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https://api.polyv.net/live/v4/channel/anchor/list-relation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每页显示的数据条数，默认每页显示10条数据，最大值不能超过1000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anchorId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主播ID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https://api.polyv.net/live/v4/channel/anchor/list-relation?appId=frlr1zazn3&amp;sign=012332FBD8DBCFC068AFCB484A2ADECB&amp;timestamp=1670550787318&amp;pageNumber=1&amp;pageSize=10&amp;anchorId=1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查询主播频道关联关系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listChannelAnchorRelationTest()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"https://api.polyv.net/live/v4/channel/anchor/list-relation";</w:t>
        <w:br/>
        <w:t xml:space="preserve">    Integer pageNumber = 1;</w:t>
        <w:br/>
        <w:t xml:space="preserve">    Integer pageSize = 10;</w:t>
        <w:br/>
        <w:t xml:space="preserve">    Long anchorId = 1L;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t xml:space="preserve">    requestMap.put("anchorId", anchorId);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HttpUtil.get(url, null);</w:t>
        <w:br/>
        <w:br/>
        <w:t xml:space="preserve">    log.info("测试查询主播频道关联关系结果：{}",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"data":{</w:t>
        <w:br/>
        <w:t xml:space="preserve">        "contents": [</w:t>
        <w:br/>
        <w:t xml:space="preserve">            {</w:t>
        <w:br/>
        <w:t xml:space="preserve">                "channelId": 1000,</w:t>
        <w:br/>
        <w:t xml:space="preserve">                "name": "频道名称"</w:t>
        <w:br/>
        <w:t xml:space="preserve">            }</w:t>
        <w:br/>
        <w:t xml:space="preserve">        ],</w:t>
        <w:br/>
        <w:t xml:space="preserve">        "pageNumber": 1,</w:t>
        <w:br/>
        <w:t xml:space="preserve">        "pageSize": 10,</w:t>
        <w:br/>
        <w:t xml:space="preserve">        "totalItems": 1,</w:t>
        <w:br/>
        <w:t xml:space="preserve">        "totalPages": 1</w:t>
        <w:br/>
        <w:t>},</w:t>
        <w:br/>
        <w:t xml:space="preserve">    "success": true,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查询主播已关联的频道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