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主播列表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1、查询主播列表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每页显示的数据条数，默认每页显示10条数据，最大值不能超过1000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状态: 0-禁用, 1-启用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性别，M-男，W-女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昵称，支持模糊搜索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场次开播起始时间，13位毫秒级时间戳，起始-结束时间范围最大365天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场次开播结束时间，13位毫秒级时间戳，起始-结束时间范围最大365天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https://api.polyv.net/live/v4/channel/anchor/list?appId=frlr1zazn3&amp;sign=012332FBD8DBCFC068AFCB484A2ADECB&amp;timestamp=1670550787318&amp;pageNumber=1&amp;pageSize=10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anchorId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性别: M-男，W-女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0-禁用, 1-启用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开播场次数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观看累计时长(分钟)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查询主播列表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listChannelAnchorTest()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"https://api.polyv.net/live/v4/channel/anchor/list";</w:t>
        <w:br/>
        <w:t xml:space="preserve">    Integer pageNumber = 1;</w:t>
        <w:br/>
        <w:t xml:space="preserve">    Integer pageSize = 10;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HttpUtil.get(url, null);</w:t>
        <w:br/>
        <w:br/>
        <w:t xml:space="preserve">    log.info("测试查询主播列表结果：{}",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"data": {</w:t>
        <w:br/>
        <w:t xml:space="preserve">        "contents": [</w:t>
        <w:br/>
        <w:t xml:space="preserve">            {</w:t>
        <w:br/>
        <w:t xml:space="preserve">                "anchorId": 1,</w:t>
        <w:br/>
        <w:t xml:space="preserve">                "avatar": "https://liveimages.videocc.net/uploaded/images/2024/04/gvh9eybcbb.png",</w:t>
        <w:br/>
        <w:t xml:space="preserve">                "channelCount": 1,</w:t>
        <w:br/>
        <w:t xml:space="preserve">                "nickname": "1号主播",</w:t>
        <w:br/>
        <w:t xml:space="preserve">                "sessionCount": 1,</w:t>
        <w:br/>
        <w:t xml:space="preserve">                "sex": "W",</w:t>
        <w:br/>
        <w:t xml:space="preserve">                "watchDuration": 1,</w:t>
        <w:br/>
        <w:t xml:space="preserve">                "status":1</w:t>
        <w:br/>
        <w:t xml:space="preserve">            }</w:t>
        <w:br/>
        <w:t xml:space="preserve">        ],</w:t>
        <w:br/>
        <w:t xml:space="preserve">        "pageNumber": 1,</w:t>
        <w:br/>
        <w:t xml:space="preserve">        "pageSize": 10,</w:t>
        <w:br/>
        <w:t xml:space="preserve">        "totalItems": 1,</w:t>
        <w:br/>
        <w:t xml:space="preserve">        "totalPages": 1</w:t>
        <w:br/>
        <w:t xml:space="preserve">    },</w:t>
        <w:br/>
        <w:t xml:space="preserve">    "requestId": "78de516b69364aeabe7d080e7228cc5c.77.16705507903976231",</w:t>
        <w:br/>
        <w:t xml:space="preserve">    "status": "success",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主播列表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