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创建主播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1、创建主播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性别，M-男，W-女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简介，最多150个字符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新增关联的频道ID列表，最多1000个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https://api.polyv.net/live/v4/channel/anchor/create?appId=frlr1zazn3&amp;sign=012332FBD8DBCFC068AFCB484A2ADECB&amp;timestamp=1670550787318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"nickname": "1号主播",</w:t>
        <w:br/>
        <w:t xml:space="preserve">    "sex":"W",</w:t>
        <w:br/>
        <w:t xml:space="preserve">    "avatar":"https://liveimages.videocc.net/uploaded/images/2024/04/gvh9eybcbb.png",</w:t>
        <w:br/>
        <w:t xml:space="preserve">    "description":"主播简介，我是一名大主播"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Data自身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新增主播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createChannelAnchorTest()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"https://api.polyv.net/live/v4/channel/anchor/create";</w:t>
        <w:br/>
        <w:t xml:space="preserve">    String nickname = "1号主播";</w:t>
        <w:br/>
        <w:t xml:space="preserve">  </w:t>
        <w:tab/>
        <w:t>String sex = "w";</w:t>
        <w:br/>
        <w:t xml:space="preserve">    String avatar = "https://liveimages.videocc.net/uploaded/images/2024/04/gvh9eybcbb.png";</w:t>
        <w:br/>
        <w:t xml:space="preserve">    String description = "主播简介，我是一名大主播";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jsonMap.put("nickname", nickname);</w:t>
        <w:br/>
        <w:t xml:space="preserve">    jsonMap.put("sex", sex);</w:t>
        <w:br/>
        <w:t xml:space="preserve">    jsonMap.put("avatar", avatar);</w:t>
        <w:br/>
        <w:t xml:space="preserve">    jsonMap.put("description", description);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log.info("测试新建主播结果：{}",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"data":1, // 主播ID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创建主播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