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停止答题卡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1、停止答题卡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http://api.polyv.net/live/v4/channel/question/stop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2、若参数不正确则会响应400异常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答题卡ID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http://api.polyv.net/live/v4/channel/question/stop?channelId=4760542&amp;questionId=gv0uf9s5v7&amp;timestamp=1712480998000&amp;appId=fso8gzbxlr&amp;sign=72BA87A7BB04EC47C209AAC10D4BC103</w:t>
      </w:r>
    </w:p>
    <w:p>
      <w:pPr>
        <w:pStyle w:val="Heading2"/>
      </w:pPr>
      <w:r>
        <w:t>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正确答案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答题卡类型：R单选, C多选, S评分, V投票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itemType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类型: 0答题卡, 1问答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答题总人数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rightUserCount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回答正确人数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faultUserCount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回答错误人数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singleResult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各个选项选择人数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"requestId": "b8e410f71a9f4246acc9e597ca27be8b.73.17124809986010047",</w:t>
        <w:br/>
        <w:tab/>
        <w:t>"data": {</w:t>
        <w:br/>
        <w:tab/>
        <w:tab/>
        <w:t>"answer": "A",</w:t>
        <w:br/>
        <w:tab/>
        <w:tab/>
        <w:t>"type": "R",</w:t>
        <w:br/>
        <w:tab/>
        <w:tab/>
        <w:t>"itemType": 0,</w:t>
        <w:br/>
        <w:tab/>
        <w:tab/>
        <w:t>"total": 1,</w:t>
        <w:br/>
        <w:tab/>
        <w:tab/>
        <w:t>"rightUserCount": 1,</w:t>
        <w:br/>
        <w:tab/>
        <w:tab/>
        <w:t>"faultUserCount": 0,</w:t>
        <w:br/>
        <w:tab/>
        <w:tab/>
        <w:t>"singleResult": [</w:t>
        <w:br/>
        <w:tab/>
        <w:tab/>
        <w:tab/>
        <w:t>1,</w:t>
        <w:br/>
        <w:tab/>
        <w:tab/>
        <w:tab/>
        <w:t>0</w:t>
        <w:br/>
        <w:tab/>
        <w:tab/>
        <w:t>]</w:t>
        <w:br/>
        <w:tab/>
        <w:t>},</w:t>
        <w:br/>
        <w:tab/>
        <w:t>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停止答题卡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