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发送打赏消息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1、发送打赏消息</w:t>
        <w:br/>
        <w:t>2、请求成功后，服务器会向聊天室的用户广播打赏消息，详见直播聊天室API接口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http://api.polyv.net/live/v3/channel/chat/send-reward-msg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打赏者ID，必须是在线用户的ID，一般搭配白名单观看、自定义授权、外部授权或独立授权使用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donateType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打赏类型cash：现金打赏good：道具打赏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打赏内容：礼物打赏为礼物名称，现金打赏为金额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礼物打赏时为礼物图片，现金打赏时为空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goodNum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打赏数量，不传默认为1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needUserImage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是否socket消息需要用户图片，默认为N（是：Y，否：N）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http://api.polyv.net/live/v3/channel/chat/send-reward-msg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Id=1615772956066&amp;goodImage=https%3A%2F%2Fs1.videocc.net%2Fdefault-img%2Fdonate%2Fflower.png&amp;appId=frlr1zazn3&amp;nickname=rock&amp;sign=EB6BB879F2C5962E77324C81A9C453D0&amp;donateType=good&amp;avatar=https%3A%2F%2Flivestatic.videocc.net%2Fuploaded%2Fimages%2Fwebapp%2Favatar%2Fdefault-teacher.png&amp;channelId=2191532&amp;content=%E9%B2%9C%E8%8A%B1&amp;timestamp=1621844118743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请求成功和失败都为空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t>/**</w:t>
        <w:br/>
        <w:t xml:space="preserve">     * 发送打赏消息</w:t>
        <w:br/>
        <w:t xml:space="preserve">     * @throws IOException</w:t>
        <w:br/>
        <w:t xml:space="preserve">     */</w:t>
        <w:br/>
        <w:t xml:space="preserve">    @Test</w:t>
        <w:br/>
        <w:t xml:space="preserve">    public void testSendRewardMsg() throws IOException, NoSuchAlgorithmException {</w:t>
        <w:br/>
        <w:t xml:space="preserve">        //公共参数,填写自己的实际参数</w:t>
        <w:br/>
        <w:t xml:space="preserve">        String appId=super.appId;</w:t>
        <w:br/>
        <w:t xml:space="preserve">        String appSecret=super.appSecret;</w:t>
        <w:br/>
        <w:t xml:space="preserve">        String userId = super.userId;</w:t>
        <w:br/>
        <w:t xml:space="preserve">        String timestamp=String.valueOf(System.currentTimeMillis());</w:t>
        <w:br/>
        <w:t xml:space="preserve">        //业务参数</w:t>
        <w:br/>
        <w:t xml:space="preserve">        String channelId = "2191532";</w:t>
        <w:br/>
        <w:t xml:space="preserve">        String nickname = "rock";</w:t>
        <w:br/>
        <w:t xml:space="preserve">        String avatar = "https://livestatic.videocc.net/uploaded/images/webapp/avatar/default-teacher.png";</w:t>
        <w:br/>
        <w:t xml:space="preserve">        String viewerId = "1615772956066";</w:t>
        <w:br/>
        <w:t xml:space="preserve">        String donateType = "good";</w:t>
        <w:br/>
        <w:t xml:space="preserve">        String content = "鲜花";</w:t>
        <w:br/>
        <w:t xml:space="preserve">        String goodImage = "http://s1.videocc.net/default-img/donate/flower.png";</w:t>
        <w:br/>
        <w:t xml:space="preserve">        String url = "http://api.polyv.net/live/v3/channel/chat/send-reward-msg";</w:t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requestMap.put("viewerId",viewerId);</w:t>
        <w:br/>
        <w:t xml:space="preserve">        requestMap.put("nickname",nickname);</w:t>
        <w:br/>
        <w:t xml:space="preserve">        requestMap.put("avatar",avatar);</w:t>
        <w:br/>
        <w:t xml:space="preserve">        requestMap.put("donateType",donateType);</w:t>
        <w:br/>
        <w:t xml:space="preserve">        requestMap.put("content",content);</w:t>
        <w:br/>
        <w:t xml:space="preserve">        requestMap.put("goodImage",goodImage);</w:t>
        <w:br/>
        <w:br/>
        <w:t xml:space="preserve">        requestMap.put("sign",LiveSignUtil.getSign(requestMap, appSecret));</w:t>
        <w:br/>
        <w:t xml:space="preserve">        String response = HttpUtil.postFormBody(url,requestMap);</w:t>
        <w:br/>
        <w:t xml:space="preserve">        log.info("测试发送打赏消息接口返回值：{}",response);</w:t>
        <w:br/>
        <w:t xml:space="preserve">        //do somethings</w:t>
        <w:br/>
        <w:t xml:space="preserve">    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发送打赏消息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