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发送点赞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1、实现用户自开发观看页点赞效果，通过调用接口可以进行点赞，默认每次请求都是一次点赞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http://api.polyv.net/live/v2/channels/{channelId}/like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2、接口内部进行了判断，每个观众的点赞间隔1s的限制，根据提交的观众ID来区分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3、如果有需求支持同时点多个赞，可提交非必填参数times，times最大不能超过30。*如果提交次数为n，则需n-1秒才能继续点赞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点赞观众的ID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点赞的数目，不能超过30，提交后在times-1秒后才能再点赞 。默认为1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http://api.polyv.net/live/v2/channels/1958888/like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times=30&amp;viewerId=123123&amp;appId=frlr1zazn3&amp;sign=F836DD15296E90F5CCDE6A6A229ACA65&amp;timestamp=1621843706454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请求成功时为点赞数，请求错误时为空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t>/**</w:t>
        <w:br/>
        <w:t xml:space="preserve"> * 发送点赞</w:t>
        <w:br/>
        <w:t xml:space="preserve"> * @throws IOException</w:t>
        <w:br/>
        <w:t xml:space="preserve"> */</w:t>
        <w:br/>
        <w:t>@Test</w:t>
        <w:br/>
        <w:t>public void testSendFavor()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"1965681";</w:t>
        <w:br/>
        <w:t xml:space="preserve">    String url = String.format("http://api.polyv.net/live/v2/channels/%s/like",channelId);</w:t>
        <w:br/>
        <w:br/>
        <w:t xml:space="preserve">    String viewerId = "123123";</w:t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requestMap.put("viewerId",viewerId);</w:t>
        <w:br/>
        <w:t xml:space="preserve">    requestMap.put("sign",LiveSignUtil.getSign(requestMap, appSecret));</w:t>
        <w:br/>
        <w:t xml:space="preserve">    String response = HttpUtil.postFormBody(url,requestMap);</w:t>
        <w:br/>
        <w:t xml:space="preserve">    log.info("测试发送点赞接口返回值：{}",response);</w:t>
        <w:br/>
        <w:t xml:space="preserve">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"10046"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发送点赞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