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查询频道问卷列表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1、获取频道的问卷列表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http://api.polyv.net/live/v3/channel/questionnaire/list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查询的记录的开始时间，13位毫秒级时间戳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查询的记录的结束时间，13位毫秒级时间戳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页号，默认为1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每页条数，默认为10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https://api.polyv.net/live/v3/channel/questionnaire/list?appId=frlr1zazn3&amp;sign=21914C8E80403BF527F6061DD79DAE47&amp;channelId=1965681&amp;timestamp=1621843841035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成功响应时为问卷基本信息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当前页视频个数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分页起始记录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问题题目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问题题目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问卷类型survey：问卷调研exam：随堂测试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问卷状态saved：已保存published：已发布forbidden：已禁用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问卷最后修改时间，13位毫秒级时间戳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问卷发布时间，13位毫秒级时间戳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停止提交问卷时间，13位毫秒级时间戳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customQuestionnaireId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用户自定义问卷ID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LoggerFactory.getLogger(LiveInteractionTest.class);</w:t>
        <w:br/>
        <w:br/>
        <w:t>/**</w:t>
        <w:br/>
        <w:t xml:space="preserve"> * 查询频道问卷列表</w:t>
        <w:br/>
        <w:t xml:space="preserve"> * @throws IOException</w:t>
        <w:br/>
        <w:t xml:space="preserve"> */</w:t>
        <w:br/>
        <w:t>@Test</w:t>
        <w:br/>
        <w:t>public void testListQuestionaire()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channelId = "1965681";</w:t>
        <w:br/>
        <w:t xml:space="preserve">    String questionnaireId = "fwndt7vq4x";</w:t>
        <w:br/>
        <w:t xml:space="preserve">    String url = "http://api.polyv.net/live/v3/channel/questionnaire/list";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requestMap.put("sign",LiveSignUtil.getSign(requestMap, appSecret));</w:t>
        <w:br/>
        <w:t xml:space="preserve">    String response = HttpUtil.get(url,requestMap);</w:t>
        <w:br/>
        <w:t xml:space="preserve">    log.info("测试查询频道问卷列表接口返回值：{}",response);</w:t>
        <w:br/>
        <w:t xml:space="preserve">    //do somethings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{</w:t>
        <w:br/>
        <w:tab/>
        <w:tab/>
        <w:t>"pageSize": 10,</w:t>
        <w:br/>
        <w:tab/>
        <w:tab/>
        <w:t>"pageNumber": 1,</w:t>
        <w:br/>
        <w:tab/>
        <w:tab/>
        <w:t>"totalItems": 1180,</w:t>
        <w:br/>
        <w:tab/>
        <w:tab/>
        <w:t>"contents": [{</w:t>
        <w:br/>
        <w:tab/>
        <w:tab/>
        <w:tab/>
        <w:t>"questionnaireId": "fwnf2sbpf5",</w:t>
        <w:br/>
        <w:tab/>
        <w:tab/>
        <w:tab/>
        <w:t>"channelId": 1965681,</w:t>
        <w:br/>
        <w:tab/>
        <w:tab/>
        <w:tab/>
        <w:t>"userId": "1b448be323",</w:t>
        <w:br/>
        <w:tab/>
        <w:tab/>
        <w:tab/>
        <w:t>"name": "问卷标题啊啊啊啊啊啊啊啊",</w:t>
        <w:br/>
        <w:tab/>
        <w:tab/>
        <w:tab/>
        <w:t>"status": "saved",</w:t>
        <w:br/>
        <w:tab/>
        <w:tab/>
        <w:tab/>
        <w:t>"createdTime": 1615510062000,</w:t>
        <w:br/>
        <w:tab/>
        <w:tab/>
        <w:tab/>
        <w:t>"lastModified": 1615515862000,</w:t>
        <w:br/>
        <w:tab/>
        <w:tab/>
        <w:tab/>
        <w:t>"endTime": null,</w:t>
        <w:br/>
        <w:tab/>
        <w:tab/>
        <w:tab/>
        <w:t>"customQuestionnaireId": "6a3ff44289f94a5fb1dd8341ac1c0100"</w:t>
        <w:br/>
        <w:tab/>
        <w:tab/>
        <w:t>}, {</w:t>
        <w:br/>
        <w:tab/>
        <w:tab/>
        <w:tab/>
        <w:t>"questionnaireId": "fwndt7vq4x",</w:t>
        <w:br/>
        <w:tab/>
        <w:tab/>
        <w:tab/>
        <w:t>"channelId": 1965681,</w:t>
        <w:br/>
        <w:tab/>
        <w:tab/>
        <w:tab/>
        <w:t>"userId": "1b448be323",</w:t>
        <w:br/>
        <w:tab/>
        <w:tab/>
        <w:tab/>
        <w:t>"name": "测试试卷，明天会更好调查2 (1175)",</w:t>
        <w:br/>
        <w:tab/>
        <w:tab/>
        <w:tab/>
        <w:t>"status": "saved",</w:t>
        <w:br/>
        <w:tab/>
        <w:tab/>
        <w:tab/>
        <w:t>"createdTime": 1615507307000,</w:t>
        <w:br/>
        <w:tab/>
        <w:tab/>
        <w:tab/>
        <w:t>"lastModified": 1615507307000,</w:t>
        <w:br/>
        <w:tab/>
        <w:tab/>
        <w:tab/>
        <w:t>"endTime": null,</w:t>
        <w:br/>
        <w:tab/>
        <w:tab/>
        <w:tab/>
        <w:t>"customQuestionnaireId": "30231311ed334a7f80e4db520b3bec99"</w:t>
        <w:br/>
        <w:tab/>
        <w:tab/>
        <w:t>}, {</w:t>
        <w:br/>
        <w:tab/>
        <w:tab/>
        <w:tab/>
        <w:t>"questionnaireId": "fwndsuurwg",</w:t>
        <w:br/>
        <w:tab/>
        <w:tab/>
        <w:tab/>
        <w:t>"channelId": 1965681,</w:t>
        <w:br/>
        <w:tab/>
        <w:tab/>
        <w:tab/>
        <w:t>"userId": "1b448be323",</w:t>
        <w:br/>
        <w:tab/>
        <w:tab/>
        <w:tab/>
        <w:t>"name": "测试试卷，明天会更好调查2 (1174)",</w:t>
        <w:br/>
        <w:tab/>
        <w:tab/>
        <w:tab/>
        <w:t>"status": "saved",</w:t>
        <w:br/>
        <w:tab/>
        <w:tab/>
        <w:tab/>
        <w:t>"createdTime": 1615507286000,</w:t>
        <w:br/>
        <w:tab/>
        <w:tab/>
        <w:tab/>
        <w:t>"lastModified": 1615507286000,</w:t>
        <w:br/>
        <w:tab/>
        <w:tab/>
        <w:tab/>
        <w:t>"endTime": null,</w:t>
        <w:br/>
        <w:tab/>
        <w:tab/>
        <w:tab/>
        <w:t>"customQuestionnaireId": "c73351a8ea524b889d9034e2ad9783aa"</w:t>
        <w:br/>
        <w:tab/>
        <w:tab/>
        <w:t>}, {</w:t>
        <w:br/>
        <w:tab/>
        <w:tab/>
        <w:tab/>
        <w:t>"questionnaireId": "fwmqno940c",</w:t>
        <w:br/>
        <w:tab/>
        <w:tab/>
        <w:tab/>
        <w:t>"channelId": 1965681,</w:t>
        <w:br/>
        <w:tab/>
        <w:tab/>
        <w:tab/>
        <w:t>"userId": "1b448be323",</w:t>
        <w:br/>
        <w:tab/>
        <w:tab/>
        <w:tab/>
        <w:t>"name": "测试试卷，明天会更好调查2 (1173)",</w:t>
        <w:br/>
        <w:tab/>
        <w:tab/>
        <w:tab/>
        <w:t>"status": "saved",</w:t>
        <w:br/>
        <w:tab/>
        <w:tab/>
        <w:tab/>
        <w:t>"createdTime": 1615456906000,</w:t>
        <w:br/>
        <w:tab/>
        <w:tab/>
        <w:tab/>
        <w:t>"lastModified": 1615456906000,</w:t>
        <w:br/>
        <w:tab/>
        <w:tab/>
        <w:tab/>
        <w:t>"endTime": null,</w:t>
        <w:br/>
        <w:tab/>
        <w:tab/>
        <w:tab/>
        <w:t>"customQuestionnaireId": "f7ca11536c424756a0e80c74536b31db"</w:t>
        <w:br/>
        <w:tab/>
        <w:tab/>
        <w:t>}, {</w:t>
        <w:br/>
        <w:tab/>
        <w:tab/>
        <w:tab/>
        <w:t>"questionnaireId": "fwmqnbvbse",</w:t>
        <w:br/>
        <w:tab/>
        <w:tab/>
        <w:tab/>
        <w:t>"channelId": 1965681,</w:t>
        <w:br/>
        <w:tab/>
        <w:tab/>
        <w:tab/>
        <w:t>"userId": "1b448be323",</w:t>
        <w:br/>
        <w:tab/>
        <w:tab/>
        <w:tab/>
        <w:t>"name": "测试试卷，明天会更好调查2 (1172)",</w:t>
        <w:br/>
        <w:tab/>
        <w:tab/>
        <w:tab/>
        <w:t>"status": "saved",</w:t>
        <w:br/>
        <w:tab/>
        <w:tab/>
        <w:tab/>
        <w:t>"createdTime": 1615456885000,</w:t>
        <w:br/>
        <w:tab/>
        <w:tab/>
        <w:tab/>
        <w:t>"lastModified": 1615456885000,</w:t>
        <w:br/>
        <w:tab/>
        <w:tab/>
        <w:tab/>
        <w:t>"endTime": null,</w:t>
        <w:br/>
        <w:tab/>
        <w:tab/>
        <w:tab/>
        <w:t>"customQuestionnaireId": "9c0ad9042085449d99a08dfa435a33d3"</w:t>
        <w:br/>
        <w:tab/>
        <w:tab/>
        <w:t>}, {</w:t>
        <w:br/>
        <w:tab/>
        <w:tab/>
        <w:tab/>
        <w:t>"questionnaireId": "fwmgqghdop",</w:t>
        <w:br/>
        <w:tab/>
        <w:tab/>
        <w:tab/>
        <w:t>"channelId": 1965681,</w:t>
        <w:br/>
        <w:tab/>
        <w:tab/>
        <w:tab/>
        <w:t>"userId": "1b448be323",</w:t>
        <w:br/>
        <w:tab/>
        <w:tab/>
        <w:tab/>
        <w:t>"name": "测试试卷，明天会更好调查2 (1171)",</w:t>
        <w:br/>
        <w:tab/>
        <w:tab/>
        <w:tab/>
        <w:t>"status": "saved",</w:t>
        <w:br/>
        <w:tab/>
        <w:tab/>
        <w:tab/>
        <w:t>"createdTime": 1615435307000,</w:t>
        <w:br/>
        <w:tab/>
        <w:tab/>
        <w:tab/>
        <w:t>"lastModified": 1615435307000,</w:t>
        <w:br/>
        <w:tab/>
        <w:tab/>
        <w:tab/>
        <w:t>"endTime": null,</w:t>
        <w:br/>
        <w:tab/>
        <w:tab/>
        <w:tab/>
        <w:t>"customQuestionnaireId": "b52d64b0ff7541a898baf3ee58a0ddb7"</w:t>
        <w:br/>
        <w:tab/>
        <w:tab/>
        <w:t>}, {</w:t>
        <w:br/>
        <w:tab/>
        <w:tab/>
        <w:tab/>
        <w:t>"questionnaireId": "fwmgq40os8",</w:t>
        <w:br/>
        <w:tab/>
        <w:tab/>
        <w:tab/>
        <w:t>"channelId": 1965681,</w:t>
        <w:br/>
        <w:tab/>
        <w:tab/>
        <w:tab/>
        <w:t>"userId": "1b448be323",</w:t>
        <w:br/>
        <w:tab/>
        <w:tab/>
        <w:tab/>
        <w:t>"name": "测试试卷，明天会更好调查2 (1170)",</w:t>
        <w:br/>
        <w:tab/>
        <w:tab/>
        <w:tab/>
        <w:t>"status": "saved",</w:t>
        <w:br/>
        <w:tab/>
        <w:tab/>
        <w:tab/>
        <w:t>"createdTime": 1615435286000,</w:t>
        <w:br/>
        <w:tab/>
        <w:tab/>
        <w:tab/>
        <w:t>"lastModified": 1615435286000,</w:t>
        <w:br/>
        <w:tab/>
        <w:tab/>
        <w:tab/>
        <w:t>"endTime": null,</w:t>
        <w:br/>
        <w:tab/>
        <w:tab/>
        <w:tab/>
        <w:t>"customQuestionnaireId": "1b76b6d7d6d841c3b859ad40b81b69f8"</w:t>
        <w:br/>
        <w:tab/>
        <w:tab/>
        <w:t>}, {</w:t>
        <w:br/>
        <w:tab/>
        <w:tab/>
        <w:tab/>
        <w:t>"questionnaireId": "fwmbdvg8vq",</w:t>
        <w:br/>
        <w:tab/>
        <w:tab/>
        <w:tab/>
        <w:t>"channelId": 1965681,</w:t>
        <w:br/>
        <w:tab/>
        <w:tab/>
        <w:tab/>
        <w:t>"userId": "1b448be323",</w:t>
        <w:br/>
        <w:tab/>
        <w:tab/>
        <w:tab/>
        <w:t>"name": "测试试卷，明天会更好调查2 (1169)",</w:t>
        <w:br/>
        <w:tab/>
        <w:tab/>
        <w:tab/>
        <w:t>"status": "saved",</w:t>
        <w:br/>
        <w:tab/>
        <w:tab/>
        <w:tab/>
        <w:t>"createdTime": 1615423662000,</w:t>
        <w:br/>
        <w:tab/>
        <w:tab/>
        <w:tab/>
        <w:t>"lastModified": 1615423662000,</w:t>
        <w:br/>
        <w:tab/>
        <w:tab/>
        <w:tab/>
        <w:t>"endTime": null,</w:t>
        <w:br/>
        <w:tab/>
        <w:tab/>
        <w:tab/>
        <w:t>"customQuestionnaireId": "9fd4d52c684645529859d1941a56bdea"</w:t>
        <w:br/>
        <w:tab/>
        <w:tab/>
        <w:t>}, {</w:t>
        <w:br/>
        <w:tab/>
        <w:tab/>
        <w:tab/>
        <w:t>"questionnaireId": "fwma472twi",</w:t>
        <w:br/>
        <w:tab/>
        <w:tab/>
        <w:tab/>
        <w:t>"channelId": 1965681,</w:t>
        <w:br/>
        <w:tab/>
        <w:tab/>
        <w:tab/>
        <w:t>"userId": "1b448be323",</w:t>
        <w:br/>
        <w:tab/>
        <w:tab/>
        <w:tab/>
        <w:t>"name": "测试试卷，明天会更好调查2 (1168)",</w:t>
        <w:br/>
        <w:tab/>
        <w:tab/>
        <w:tab/>
        <w:t>"status": "saved",</w:t>
        <w:br/>
        <w:tab/>
        <w:tab/>
        <w:tab/>
        <w:t>"createdTime": 1615420900000,</w:t>
        <w:br/>
        <w:tab/>
        <w:tab/>
        <w:tab/>
        <w:t>"lastModified": 1615420900000,</w:t>
        <w:br/>
        <w:tab/>
        <w:tab/>
        <w:tab/>
        <w:t>"endTime": null,</w:t>
        <w:br/>
        <w:tab/>
        <w:tab/>
        <w:tab/>
        <w:t>"customQuestionnaireId": "ac9598b8492e4a3b81a8eab8ba81f678"</w:t>
        <w:br/>
        <w:tab/>
        <w:tab/>
        <w:t>}, {</w:t>
        <w:br/>
        <w:tab/>
        <w:tab/>
        <w:tab/>
        <w:t>"questionnaireId": "fwma3v7hjn",</w:t>
        <w:br/>
        <w:tab/>
        <w:tab/>
        <w:tab/>
        <w:t>"channelId": 1965681,</w:t>
        <w:br/>
        <w:tab/>
        <w:tab/>
        <w:tab/>
        <w:t>"userId": "1b448be323",</w:t>
        <w:br/>
        <w:tab/>
        <w:tab/>
        <w:tab/>
        <w:t>"name": "测试试卷，明天会更好调查2 (1167)",</w:t>
        <w:br/>
        <w:tab/>
        <w:tab/>
        <w:tab/>
        <w:t>"status": "saved",</w:t>
        <w:br/>
        <w:tab/>
        <w:tab/>
        <w:tab/>
        <w:t>"createdTime": 1615420880000,</w:t>
        <w:br/>
        <w:tab/>
        <w:tab/>
        <w:tab/>
        <w:t>"lastModified": 1615420880000,</w:t>
        <w:br/>
        <w:tab/>
        <w:tab/>
        <w:tab/>
        <w:t>"endTime": null,</w:t>
        <w:br/>
        <w:tab/>
        <w:tab/>
        <w:tab/>
        <w:t>"customQuestionnaireId": "04be6a81d35f4c78a90d7d0f80ea6655"</w:t>
        <w:br/>
        <w:tab/>
        <w:tab/>
        <w:t>}],</w:t>
        <w:br/>
        <w:tab/>
        <w:tab/>
        <w:t>"startRow": 1,</w:t>
        <w:br/>
        <w:tab/>
        <w:tab/>
        <w:t>"firstPage": true,</w:t>
        <w:br/>
        <w:tab/>
        <w:tab/>
        <w:t>"lastPage": false,</w:t>
        <w:br/>
        <w:tab/>
        <w:tab/>
        <w:t>"prePageNumber": 1,</w:t>
        <w:br/>
        <w:tab/>
        <w:tab/>
        <w:t>"limit": 10,</w:t>
        <w:br/>
        <w:tab/>
        <w:tab/>
        <w:t>"totalPages": 118,</w:t>
        <w:br/>
        <w:tab/>
        <w:tab/>
        <w:t>"nextPageNumber": 2,</w:t>
        <w:br/>
        <w:tab/>
        <w:tab/>
        <w:t>"endRow": 10,</w:t>
        <w:br/>
        <w:tab/>
        <w:tab/>
        <w:t>"offset": 0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查询频道问卷列表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