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查询频道答题卡列表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1、获取频道的答题卡列表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http://api.polyv.net/live/v3/channel/interact/question/list-question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https://api.polyv.net/live/v3/channel/interact/question/list-question?appId=frlr1zazn3&amp;sign=21914C8E80403BF527F6061DD79DAE47&amp;channelId=1965681&amp;timestamp=1621843841035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成功响应时为答题卡列表信息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默认题库模板ID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Question字段说明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类型：R单选, C多选, S评分, V投票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类型: 0答题卡, 1问答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option1 - option15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tips1 - tips5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评分类型提示信息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状态：draft草稿, send已发送, delete已删除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答题卡发送次数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答题卡最后修改时间，13位毫秒级时间戳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查询频道答题卡列表</w:t>
        <w:br/>
        <w:t xml:space="preserve"> * @throws IOException</w:t>
        <w:br/>
        <w:t xml:space="preserve"> */</w:t>
        <w:br/>
        <w:t>@Test</w:t>
        <w:br/>
        <w:t>public void testListQuestion()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channelId = "4760542";</w:t>
        <w:br/>
        <w:t xml:space="preserve">    String url = "http://api.polyv.net/live/v3/channel/interact/question/list-question";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log.info("测试查询频答题卡列表接口返回值：{}",response);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"templateId": "gv0jmmcqdh",</w:t>
        <w:br/>
        <w:tab/>
        <w:tab/>
        <w:t>"list": [</w:t>
        <w:br/>
        <w:tab/>
        <w:tab/>
        <w:tab/>
        <w:t>{</w:t>
        <w:br/>
        <w:tab/>
        <w:tab/>
        <w:tab/>
        <w:tab/>
        <w:t>"questionId": "gv0l1fu5ox",</w:t>
        <w:br/>
        <w:tab/>
        <w:tab/>
        <w:tab/>
        <w:tab/>
        <w:t>"channelId": 4760542,</w:t>
        <w:br/>
        <w:tab/>
        <w:tab/>
        <w:tab/>
        <w:tab/>
        <w:t>"userId": "cf7f07e096",</w:t>
        <w:br/>
        <w:tab/>
        <w:tab/>
        <w:tab/>
        <w:tab/>
        <w:t>"name": "API题目",</w:t>
        <w:br/>
        <w:tab/>
        <w:tab/>
        <w:tab/>
        <w:tab/>
        <w:t>"type": "R",</w:t>
        <w:br/>
        <w:tab/>
        <w:tab/>
        <w:tab/>
        <w:tab/>
        <w:t>"option1": "正确",</w:t>
        <w:br/>
        <w:tab/>
        <w:tab/>
        <w:tab/>
        <w:tab/>
        <w:t>"option2": "错误1",</w:t>
        <w:br/>
        <w:tab/>
        <w:tab/>
        <w:tab/>
        <w:tab/>
        <w:t>"option3": null,</w:t>
        <w:br/>
        <w:tab/>
        <w:tab/>
        <w:tab/>
        <w:tab/>
        <w:t>"option4": null,</w:t>
        <w:br/>
        <w:tab/>
        <w:tab/>
        <w:tab/>
        <w:tab/>
        <w:t>"option5": null,</w:t>
        <w:br/>
        <w:tab/>
        <w:tab/>
        <w:tab/>
        <w:tab/>
        <w:t>"createdTime": null,</w:t>
        <w:br/>
        <w:tab/>
        <w:tab/>
        <w:tab/>
        <w:tab/>
        <w:t>"lastModified": 1712461149000,</w:t>
        <w:br/>
        <w:tab/>
        <w:tab/>
        <w:tab/>
        <w:tab/>
        <w:t>"answer": "A",</w:t>
        <w:br/>
        <w:tab/>
        <w:tab/>
        <w:tab/>
        <w:tab/>
        <w:t>"note": null,</w:t>
        <w:br/>
        <w:tab/>
        <w:tab/>
        <w:tab/>
        <w:tab/>
        <w:t>"templateId": "gv0jmmcqdh",</w:t>
        <w:br/>
        <w:tab/>
        <w:tab/>
        <w:tab/>
        <w:tab/>
        <w:t>"status": "send",</w:t>
        <w:br/>
        <w:tab/>
        <w:tab/>
        <w:tab/>
        <w:tab/>
        <w:t>"times": 1,</w:t>
        <w:br/>
        <w:tab/>
        <w:tab/>
        <w:tab/>
        <w:tab/>
        <w:t>"tips1": null,</w:t>
        <w:br/>
        <w:tab/>
        <w:tab/>
        <w:tab/>
        <w:tab/>
        <w:t>"tips2": null,</w:t>
        <w:br/>
        <w:tab/>
        <w:tab/>
        <w:tab/>
        <w:tab/>
        <w:t>"tips3": null,</w:t>
        <w:br/>
        <w:tab/>
        <w:tab/>
        <w:tab/>
        <w:tab/>
        <w:t>"tips4": null,</w:t>
        <w:br/>
        <w:tab/>
        <w:tab/>
        <w:tab/>
        <w:tab/>
        <w:t>"tips5": null,</w:t>
        <w:br/>
        <w:tab/>
        <w:tab/>
        <w:tab/>
        <w:tab/>
        <w:t>"required": null,</w:t>
        <w:br/>
        <w:tab/>
        <w:tab/>
        <w:tab/>
        <w:tab/>
        <w:t>"scoreEnabled": null,</w:t>
        <w:br/>
        <w:tab/>
        <w:tab/>
        <w:tab/>
        <w:tab/>
        <w:t>"option6": null,</w:t>
        <w:br/>
        <w:tab/>
        <w:tab/>
        <w:tab/>
        <w:tab/>
        <w:t>"option7": null,</w:t>
        <w:br/>
        <w:tab/>
        <w:tab/>
        <w:tab/>
        <w:tab/>
        <w:t>"option8": null,</w:t>
        <w:br/>
        <w:tab/>
        <w:tab/>
        <w:tab/>
        <w:tab/>
        <w:t>"option9": null,</w:t>
        <w:br/>
        <w:tab/>
        <w:tab/>
        <w:tab/>
        <w:tab/>
        <w:t>"option10": null,</w:t>
        <w:br/>
        <w:tab/>
        <w:tab/>
        <w:tab/>
        <w:tab/>
        <w:t>"score": null,</w:t>
        <w:br/>
        <w:tab/>
        <w:tab/>
        <w:tab/>
        <w:tab/>
        <w:t>"itemType": 0,</w:t>
        <w:br/>
        <w:tab/>
        <w:tab/>
        <w:tab/>
        <w:tab/>
        <w:t>"option11": null,</w:t>
        <w:br/>
        <w:tab/>
        <w:tab/>
        <w:tab/>
        <w:tab/>
        <w:t>"option12": null,</w:t>
        <w:br/>
        <w:tab/>
        <w:tab/>
        <w:tab/>
        <w:tab/>
        <w:t>"option13": null,</w:t>
        <w:br/>
        <w:tab/>
        <w:tab/>
        <w:tab/>
        <w:tab/>
        <w:t>"option14": null,</w:t>
        <w:br/>
        <w:tab/>
        <w:tab/>
        <w:tab/>
        <w:tab/>
        <w:t>"option15": null</w:t>
        <w:br/>
        <w:tab/>
        <w:tab/>
        <w:tab/>
        <w:t>}</w:t>
        <w:br/>
        <w:tab/>
        <w:tab/>
        <w:t>]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查询频道答题卡列表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