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信息采集用户提交记录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1、分页查询某个信息采集的观众提交记录</w:t>
        <w:br/>
        <w:t>2、属于信息采集详情的一部分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http://api.polyv.net/live/v4/user/info-collection/submission/list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表单ID，须归属当前账号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按提交内容搜索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查询的每页大小，默认为10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http://api.polyv.net/live/v4/user/info-collection/submission/list?appId=xxx&amp;sign=xxx&amp;timestamp=xxx&amp;formId=52&amp;pageNumber=1&amp;pageSize=10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分页对象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提交记录列表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submissionId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表单ID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bindingId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关联记录ID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姓名（表单含姓名字段时）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手机号（表单含手机号字段时）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邮箱（表单含邮箱字段时）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提交者昵称快照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提交者头像快照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全部字段值JSON，形如 </w:t>
            </w:r>
            <w:r>
              <w:rPr>
                <w:rFonts w:ascii="Menlo" w:hAnsi="Menlo"/>
                <w:color w:val="444444"/>
                <w:sz w:val="17"/>
              </w:rPr>
              <w:t>{fieldKey:值}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，key对应表单详情fields的fieldKey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privacyChecked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已勾选隐私声明ID的JSON数组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提交时间</w:t>
            </w:r>
          </w:p>
        </w:tc>
      </w:tr>
    </w:tbl>
    <w:p>
      <w:pPr>
        <w:spacing w:after="40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编辑表单新增字段后，历史提交记录的 fieldData 中缺该字段的 key，取值时可展示「-」。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* 信息采集用户提交记录</w:t>
        <w:br/>
        <w:t xml:space="preserve"> * @throws IOException</w:t>
        <w:br/>
        <w:t xml:space="preserve"> */</w:t>
        <w:br/>
        <w:t>@Test</w:t>
        <w:br/>
        <w:t>public void testListInfoCollectionSubmission()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formId = "52";</w:t>
        <w:br/>
        <w:t xml:space="preserve">    String url = "http://api.polyv.net/live/v4/user/info-collection/submission/list";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requestMap.put("formId",formId);</w:t>
        <w:br/>
        <w:t xml:space="preserve">    requestMap.put("pageNumber","1");</w:t>
        <w:br/>
        <w:t xml:space="preserve">    requestMap.put("pageSize","10");</w:t>
        <w:br/>
        <w:t xml:space="preserve">    requestMap.put("sign",LiveSignUtil.getSign(requestMap, appSecret));</w:t>
        <w:br/>
        <w:t xml:space="preserve">    String response = HttpUtil.get(url,requestMap);</w:t>
        <w:br/>
        <w:br/>
        <w:t xml:space="preserve">    log.info("测试信息采集用户提交记录接口返回值：{}",response);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"totalItems": 1,</w:t>
        <w:br/>
        <w:t xml:space="preserve">        "totalPages": 1,</w:t>
        <w:br/>
        <w:t xml:space="preserve">        "contents": [</w:t>
        <w:br/>
        <w:t xml:space="preserve">            {</w:t>
        <w:br/>
        <w:t xml:space="preserve">                "submissionId": 9001,</w:t>
        <w:br/>
        <w:t xml:space="preserve">                "formId": 52,</w:t>
        <w:br/>
        <w:t xml:space="preserve">                "bindingId": 88,</w:t>
        <w:br/>
        <w:t xml:space="preserve">                "viewerId": "2_x3x8740mh7zo5i5w0or9z737s1a3g7my",</w:t>
        <w:br/>
        <w:t xml:space="preserve">                "name": "张三",</w:t>
        <w:br/>
        <w:t xml:space="preserve">                "mobile": "13800000000",</w:t>
        <w:br/>
        <w:t xml:space="preserve">                "email": "",</w:t>
        <w:br/>
        <w:t xml:space="preserve">                "viewerNickName": "小张",</w:t>
        <w:br/>
        <w:t xml:space="preserve">                "viewerAvatar": "https://example.com/avatar.png",</w:t>
        <w:br/>
        <w:t xml:space="preserve">                "fieldData": "{\"name_a1b2c3\":\"张三\",\"mobile_d4e5f6\":\"13800000000\"}",</w:t>
        <w:br/>
        <w:t xml:space="preserve">                "privacyChecked": "[]",</w:t>
        <w:br/>
        <w:t xml:space="preserve">                "createTime": "2026-07-01 13:00:00"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信息采集用户提交记录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