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信息采集关联记录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1、分页查询某个信息采集被业务关联的记录（如福袋、报名、登记等）</w:t>
        <w:br/>
        <w:t>2、属于信息采集详情的一部分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http://api.polyv.net/live/v4/user/info-collection/binding/list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表单ID，须归属当前账号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http://api.polyv.net/live/v4/user/info-collection/binding/list?appId=xxx&amp;sign=xxx&amp;timestamp=xxx&amp;formId=52&amp;pageNumber=1&amp;pageSize=10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分页对象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关联记录列表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bindingId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businessType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关联业务类型ENROLL：报名观看AUTH：登记观看LUCKY_BAG：福袋OTHER：其他业务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businessTypeDesc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业务类型中文描述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businessId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关联业务ID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businessName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关联业务名称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关联状态Y：生效N：已取消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submissionCount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该关联下已采集信息数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信息采集关联记录</w:t>
        <w:br/>
        <w:t xml:space="preserve"> * @throws IOException</w:t>
        <w:br/>
        <w:t xml:space="preserve"> */</w:t>
        <w:br/>
        <w:t>@Test</w:t>
        <w:br/>
        <w:t>public void testListInfoCollectionBinding()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formId = "52";</w:t>
        <w:br/>
        <w:t xml:space="preserve">    String url = "http://api.polyv.net/live/v4/user/info-collection/binding/list";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requestMap.put("formId",formId);</w:t>
        <w:br/>
        <w:t xml:space="preserve">    requestMap.put("pageNumber","1");</w:t>
        <w:br/>
        <w:t xml:space="preserve">    requestMap.put("pageSize","10");</w:t>
        <w:br/>
        <w:t xml:space="preserve">    requestMap.put("sign",LiveSignUtil.getSign(requestMap, appSecret));</w:t>
        <w:br/>
        <w:t xml:space="preserve">    String response = HttpUtil.get(url,requestMap);</w:t>
        <w:br/>
        <w:br/>
        <w:t xml:space="preserve">    log.info("测试信息采集关联记录接口返回值：{}",response);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"totalItems": 1,</w:t>
        <w:br/>
        <w:t xml:space="preserve">        "totalPages": 1,</w:t>
        <w:br/>
        <w:t xml:space="preserve">        "contents": [</w:t>
        <w:br/>
        <w:t xml:space="preserve">            {</w:t>
        <w:br/>
        <w:t xml:space="preserve">                "bindingId": 88,</w:t>
        <w:br/>
        <w:t xml:space="preserve">                "formId": 52,</w:t>
        <w:br/>
        <w:t xml:space="preserve">                "channelId": 7815326,</w:t>
        <w:br/>
        <w:t xml:space="preserve">                "businessType": "LUCKY_BAG",</w:t>
        <w:br/>
        <w:t xml:space="preserve">                "businessTypeDesc": "福袋",</w:t>
        <w:br/>
        <w:t xml:space="preserve">                "businessId": 1001,</w:t>
        <w:br/>
        <w:t xml:space="preserve">                "businessName": "7815326-新年福袋",</w:t>
        <w:br/>
        <w:t xml:space="preserve">                "status": "Y",</w:t>
        <w:br/>
        <w:t xml:space="preserve">                "submissionCount": 5,</w:t>
        <w:br/>
        <w:t xml:space="preserve">                "createdTime": "2026-07-01 12:00:00",</w:t>
        <w:br/>
        <w:t xml:space="preserve">                "lastModified": "2026-07-01 12:00:00"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信息采集关联记录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