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信息采集列表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1、分页查询账号下的信息采集配置列表</w:t>
        <w:br/>
        <w:t>2、支持按名称模糊搜索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按信息采集名称模糊搜索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http://api.polyv.net/live/v4/user/info-collection/form/list?appId=xxx&amp;sign=xxx&amp;timestamp=xxx&amp;pageNumber=1&amp;pageSize=10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分页对象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是否系统默认「收货信息」表单Y：是（列表置顶）N：否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创建者账号ID（子账号或主账号；系统默认表单为空）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创建者名称：主账号→「主账号」，子账号→子账号用户名；系统默认表单为空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bindingCount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生效中的业务关联数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totalSubmitter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已提交人数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信息采集列表</w:t>
        <w:br/>
        <w:t xml:space="preserve"> * @throws IOException</w:t>
        <w:br/>
        <w:t xml:space="preserve"> */</w:t>
        <w:br/>
        <w:t>@Test</w:t>
        <w:br/>
        <w:t>public void testListInfoCollection()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"http://api.polyv.net/live/v4/user/info-collection/form/list";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requestMap.put("pageNumber","1");</w:t>
        <w:br/>
        <w:t xml:space="preserve">    requestMap.put("pageSize","10");</w:t>
        <w:br/>
        <w:t xml:space="preserve">    requestMap.put("sign",LiveSignUtil.getSign(requestMap, appSecret));</w:t>
        <w:br/>
        <w:t xml:space="preserve">    String response = HttpUtil.get(url,requestMap);</w:t>
        <w:br/>
        <w:br/>
        <w:t xml:space="preserve">    log.info("测试信息采集列表接口返回值：{}",response);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"totalItems": 2,</w:t>
        <w:br/>
        <w:t xml:space="preserve">        "totalPages": 1,</w:t>
        <w:br/>
        <w:t xml:space="preserve">        "contents": [</w:t>
        <w:br/>
        <w:t xml:space="preserve">            {</w:t>
        <w:br/>
        <w:t xml:space="preserve">                "formId": 48,</w:t>
        <w:br/>
        <w:t xml:space="preserve">                "formName": "收货信息",</w:t>
        <w:br/>
        <w:t xml:space="preserve">                "isDefault": "Y",</w:t>
        <w:br/>
        <w:t xml:space="preserve">                "creatorId": "",</w:t>
        <w:br/>
        <w:t xml:space="preserve">                "creatorName": "",</w:t>
        <w:br/>
        <w:t xml:space="preserve">                "bindingCount": 0,</w:t>
        <w:br/>
        <w:t xml:space="preserve">                "totalSubmitter": 0,</w:t>
        <w:br/>
        <w:t xml:space="preserve">                "createdTime": "2026-07-01 10:00:00",</w:t>
        <w:br/>
        <w:t xml:space="preserve">                "lastModified": "2026-07-01 10:00:00"</w:t>
        <w:br/>
        <w:t xml:space="preserve">            },</w:t>
        <w:br/>
        <w:t xml:space="preserve">            {</w:t>
        <w:br/>
        <w:t xml:space="preserve">                "formId": 52,</w:t>
        <w:br/>
        <w:t xml:space="preserve">                "formName": "问卷调研",</w:t>
        <w:br/>
        <w:t xml:space="preserve">                "isDefault": "N",</w:t>
        <w:br/>
        <w:t xml:space="preserve">                "creatorId": "e0f1a2b3c4",</w:t>
        <w:br/>
        <w:t xml:space="preserve">                "creatorName": "主账号",</w:t>
        <w:br/>
        <w:t xml:space="preserve">                "bindingCount": 1,</w:t>
        <w:br/>
        <w:t xml:space="preserve">                "totalSubmitter": 5,</w:t>
        <w:br/>
        <w:t xml:space="preserve">                "createdTime": "2026-07-01 11:00:00",</w:t>
        <w:br/>
        <w:t xml:space="preserve">                "lastModified": "2026-07-01 12:00:00"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信息采集列表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