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查询多个频道抽奖记录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1、获取一段时间内的多个直播频道发起抽奖记录列表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http://api.polyv.net/live/v3/channel/lottery/list-channels-lottery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频道号,多个频道使用“,”进行分割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查询的开始日期的13位时间戳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查询的结束日期的13位时间戳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要查询的直播场次ID，默认查询该频道中所有场次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http://api.polyv.net/live/v3/channel/lottery/list-lottery?appId=frlr1zazn3&amp;sign=CFD9DDABAD30A5F2CFA1E1FCD26E2FC7&amp;startTime=1615772426000&amp;endTime=1615773566000&amp;channelId=2191532,2383918&amp;timestamp=1621844928632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抽奖记录的分页结果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List\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分页起始记录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lotteryRange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抽奖范围all：所有观众notWinning：当场直播未中奖用户signed：已签到用户actor：头衔questionnaire：已填问卷用户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抽奖范围为按头衔抽奖时的头衔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预设中奖观众ID，多个ID 用英文逗号分开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实际中奖人数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格式的字符串,表示抽奖的额外拓展信息，对应模型类：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LotteryListModelExt字段说明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LotteryListModelExt字段说明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说明：抽奖记录的拓展信息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collectInfo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领奖人需要填写的兑奖信息，对应模型类：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CollectInfoFieldModel字段说明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CollectInfoFieldModel字段说明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说明：领奖人需要填写的领奖信息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填写的字段提示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查询频道中奖记录</w:t>
        <w:br/>
        <w:t xml:space="preserve"> * @throws IOException</w:t>
        <w:br/>
        <w:t xml:space="preserve"> */</w:t>
        <w:br/>
        <w:t>@Test</w:t>
        <w:br/>
        <w:t>public void testListLottery()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"http://api.polyv.net/live/v3/channel/lottery/list-channels-lottery";</w:t>
        <w:br/>
        <w:t xml:space="preserve">    String channelId = "1965681,2383918";</w:t>
        <w:br/>
        <w:t xml:space="preserve">    String startTime = "1601481600000";</w:t>
        <w:br/>
        <w:t xml:space="preserve">    String endTime = "1615357743000";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requestMap.put("startTime",startTime);</w:t>
        <w:br/>
        <w:t xml:space="preserve">    requestMap.put("endTime",endTime);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log.info("测试查询频道中奖记录接口返回值：{}",response);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"pageSize": 10,</w:t>
        <w:br/>
        <w:tab/>
        <w:tab/>
        <w:t>"pageNumber": 1,</w:t>
        <w:br/>
        <w:tab/>
        <w:tab/>
        <w:t>"totalItems": 2,</w:t>
        <w:br/>
        <w:tab/>
        <w:tab/>
        <w:t>"contents": [{</w:t>
        <w:br/>
        <w:tab/>
        <w:tab/>
        <w:tab/>
        <w:t>"lotteryId": "fv3mao43u6",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"sessionId": "fv3ma84e63",</w:t>
        <w:br/>
        <w:tab/>
        <w:tab/>
        <w:tab/>
        <w:t>"lotteryRange": "all",</w:t>
        <w:br/>
        <w:tab/>
        <w:tab/>
        <w:tab/>
        <w:t>"actor": null,</w:t>
        <w:br/>
        <w:tab/>
        <w:tab/>
        <w:tab/>
        <w:t>"prize": "特等奖",</w:t>
        <w:br/>
        <w:tab/>
        <w:tab/>
        <w:tab/>
        <w:t>"amount": 1,</w:t>
        <w:br/>
        <w:tab/>
        <w:tab/>
        <w:tab/>
        <w:t>"preset": "",</w:t>
        <w:br/>
        <w:tab/>
        <w:tab/>
        <w:tab/>
        <w:t>"createdTime": 1611137383000,</w:t>
        <w:br/>
        <w:tab/>
        <w:tab/>
        <w:tab/>
        <w:t>"lastModified": 1611137383000,</w:t>
        <w:br/>
        <w:tab/>
        <w:tab/>
        <w:tab/>
        <w:t>"ext": "{\"collectInfo\":[{\"field\":\"姓名：\",\"tips\":\"请输入您的真实姓名\"},{\"field\":\"手机：\",\"tips\":\"请输入您的手机号码\"}]}",</w:t>
        <w:br/>
        <w:tab/>
        <w:tab/>
        <w:tab/>
        <w:t>"winnerCount": "0"</w:t>
        <w:br/>
        <w:tab/>
        <w:tab/>
        <w:t>}, {</w:t>
        <w:br/>
        <w:tab/>
        <w:tab/>
        <w:tab/>
        <w:t>"lotteryId": "fv3hogjmh3",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"sessionId": "fv3hmq3qml",</w:t>
        <w:br/>
        <w:tab/>
        <w:tab/>
        <w:tab/>
        <w:t>"lotteryRange": "all",</w:t>
        <w:br/>
        <w:tab/>
        <w:tab/>
        <w:tab/>
        <w:t>"actor": null,</w:t>
        <w:br/>
        <w:tab/>
        <w:tab/>
        <w:tab/>
        <w:t>"prize": "10元现金红包",</w:t>
        <w:br/>
        <w:tab/>
        <w:tab/>
        <w:tab/>
        <w:t>"amount": 1,</w:t>
        <w:br/>
        <w:tab/>
        <w:tab/>
        <w:tab/>
        <w:t>"preset": "",</w:t>
        <w:br/>
        <w:tab/>
        <w:tab/>
        <w:tab/>
        <w:t>"createdTime": 1611127333000,</w:t>
        <w:br/>
        <w:tab/>
        <w:tab/>
        <w:tab/>
        <w:t>"lastModified": 1611127333000,</w:t>
        <w:br/>
        <w:tab/>
        <w:tab/>
        <w:tab/>
        <w:t>"ext": "{\"collectInfo\":[{\"field\":\"姓名：\",\"tips\":\"请输入您的真实姓名\"},{\"field\":\"手机：\",\"tips\":\"请输入您的手机号码\"}]}",</w:t>
        <w:br/>
        <w:tab/>
        <w:tab/>
        <w:tab/>
        <w:t>"winnerCount": "1"</w:t>
        <w:br/>
        <w:tab/>
        <w:tab/>
        <w:t>}],</w:t>
        <w:br/>
        <w:tab/>
        <w:tab/>
        <w:t>"startRow": 1,</w:t>
        <w:br/>
        <w:tab/>
        <w:tab/>
        <w:t>"firstPage": true,</w:t>
        <w:br/>
        <w:tab/>
        <w:tab/>
        <w:t>"lastPage": true,</w:t>
        <w:br/>
        <w:tab/>
        <w:tab/>
        <w:t>"prePageNumber": 1,</w:t>
        <w:br/>
        <w:tab/>
        <w:tab/>
        <w:t>"limit": 2,</w:t>
        <w:br/>
        <w:tab/>
        <w:tab/>
        <w:t>"nextPageNumber": 1,</w:t>
        <w:br/>
        <w:tab/>
        <w:tab/>
        <w:t>"totalPages": 1,</w:t>
        <w:br/>
        <w:tab/>
        <w:tab/>
        <w:t>"endRow": 2,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查询多个频道抽奖记录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