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查询频道中奖记录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1、通过抽奖ID获取频道的单场抽奖的中奖用户列表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http://api.polyv.net/live/v3/channel/lottery/get-winner-detail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抽奖ID，该参数获取自【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查询频道抽奖记录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查询的页数，默认为1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查询的每页大小，默认为10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http://api.polyv.net/live/v3/channel/lottery/get-winner-detail?appId=frlr1zazn3&amp;sign=A53A9A7DB3B88442E3F433F8219C1029&amp;channelId=2191532&amp;timestamp=1621844963404&amp;lotteryId=fwqs12puef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中间记录的分页结果，错误时返回空【详见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3"/>
      </w:pPr>
      <w:r>
        <w:t>data字段说明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当前数据页数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总记录数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中间记录列表 抽奖记录列表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firstPage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是否为第一页，值为：true/false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lastPage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是否为最后一页，值为：true/false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nextPageNumber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prePageNumber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上一页编号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总页数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当前页第一条记录在总记录中的位置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endRow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当前页最后一个记录在总记录中的位置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当前页记录个数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offset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分页数据游标</w:t>
            </w:r>
          </w:p>
        </w:tc>
      </w:tr>
    </w:tbl>
    <w:p>
      <w:pPr>
        <w:spacing w:after="40"/>
      </w:pPr>
    </w:p>
    <w:p>
      <w:pPr>
        <w:pStyle w:val="Heading3"/>
      </w:pPr>
      <w:r>
        <w:t>contents字段说明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recordId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中奖记录ID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抽奖时的直播场次ID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lotteryId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winnerCode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prize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中奖人姓名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telephone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更新时间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中奖人地址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param4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param5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自定义参数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thumbnail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奖品图片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json 格式的字符串,表示中奖记录的额外拓展信息，对应模型类：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WinnerRecordModelExt字段说明</w:t>
            </w:r>
          </w:p>
        </w:tc>
      </w:tr>
    </w:tbl>
    <w:p>
      <w:pPr>
        <w:spacing w:after="40"/>
      </w:pPr>
    </w:p>
    <w:p>
      <w:pPr>
        <w:pStyle w:val="Heading3"/>
      </w:pPr>
      <w:r>
        <w:t>WinnerRecordModelExt字段说明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说明：中奖记录的拓展信息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类型及范围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receiveInfo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领奖人需要填写的兑奖信息，对应模型类：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ReceiveInfoFieldModel字段说明</w:t>
            </w:r>
          </w:p>
        </w:tc>
      </w:tr>
    </w:tbl>
    <w:p>
      <w:pPr>
        <w:spacing w:after="40"/>
      </w:pPr>
    </w:p>
    <w:p>
      <w:pPr>
        <w:pStyle w:val="Heading3"/>
      </w:pPr>
      <w:r>
        <w:t>ReceiveInfoFieldModel字段说明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说明：中奖记录填写的领奖信息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field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填写的字段名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value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填写的字段值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LoggerFactory.getLogger(LiveInteractionTest.class);</w:t>
        <w:br/>
        <w:br/>
        <w:t>/**</w:t>
        <w:br/>
        <w:t xml:space="preserve"> * 依查询频道场次中奖记录</w:t>
        <w:br/>
        <w:t xml:space="preserve"> * @throws IOException</w:t>
        <w:br/>
        <w:t xml:space="preserve"> */</w:t>
        <w:br/>
        <w:t>@Test</w:t>
        <w:br/>
        <w:t>public void testGetWinnerDetail() throws IOException, NoSuchAlgorithmException {</w:t>
        <w:br/>
        <w:t xml:space="preserve">    //公共参数,填写自己的实际参数</w:t>
        <w:br/>
        <w:t xml:space="preserve">    String appId=super.appId;</w:t>
        <w:br/>
        <w:t xml:space="preserve">    String appSecret=super.appSecret;</w:t>
        <w:br/>
        <w:t xml:space="preserve">    String userId = super.userId;</w:t>
        <w:br/>
        <w:t xml:space="preserve">    String timestamp=String.valueOf(System.currentTimeMillis());</w:t>
        <w:br/>
        <w:t xml:space="preserve">    //业务参数</w:t>
        <w:br/>
        <w:t xml:space="preserve">    String url = "http://api.polyv.net/live/v3/channel/lottery/get-winner-detail";</w:t>
        <w:br/>
        <w:t xml:space="preserve">    String channelId = "1965681";</w:t>
        <w:br/>
        <w:t xml:space="preserve">    String lotteryId = "fv3hogjmh3";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br/>
        <w:t xml:space="preserve">    requestMap.put("channelId",channelId);</w:t>
        <w:br/>
        <w:t xml:space="preserve">    requestMap.put("lotteryId",lotteryId);</w:t>
        <w:br/>
        <w:br/>
        <w:t xml:space="preserve">    requestMap.put("sign",LiveSignUtil.getSign(requestMap, appSecret));</w:t>
        <w:br/>
        <w:t xml:space="preserve">    String response = HttpUtil.get(url,requestMap);</w:t>
        <w:br/>
        <w:t xml:space="preserve">    log.info("测试查询频道场次中奖记录接口返回值：{}",response);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"",</w:t>
        <w:br/>
        <w:tab/>
        <w:t>"data": {</w:t>
        <w:br/>
        <w:tab/>
        <w:tab/>
        <w:t>"pageSize": 10,</w:t>
        <w:br/>
        <w:tab/>
        <w:tab/>
        <w:t>"pageNumber": 1,</w:t>
        <w:br/>
        <w:tab/>
        <w:tab/>
        <w:t>"totalItems": 1,</w:t>
        <w:br/>
        <w:tab/>
        <w:tab/>
        <w:t>"contents": [{</w:t>
        <w:br/>
        <w:tab/>
        <w:tab/>
        <w:tab/>
        <w:t>"recordId": "b20c0e091d",</w:t>
        <w:br/>
        <w:tab/>
        <w:tab/>
        <w:tab/>
        <w:t>"channelId": 1965681,</w:t>
        <w:br/>
        <w:tab/>
        <w:tab/>
        <w:tab/>
        <w:t>"lotteryId": "fv3hogjmh3",</w:t>
        <w:br/>
        <w:tab/>
        <w:tab/>
        <w:tab/>
        <w:t>"sessionId": "fv3hmq3qml",</w:t>
        <w:br/>
        <w:tab/>
        <w:tab/>
        <w:tab/>
        <w:t>"viewerId": "ovtl9twa7JHyHBBA8QUNVjjM4WIs",</w:t>
        <w:br/>
        <w:tab/>
        <w:tab/>
        <w:tab/>
        <w:t>"viewerName": "王勋",</w:t>
        <w:br/>
        <w:tab/>
        <w:tab/>
        <w:tab/>
        <w:t>"winnerCode": "wMpUjVSi",</w:t>
        <w:br/>
        <w:tab/>
        <w:tab/>
        <w:tab/>
        <w:t>"prize": "10元现金红包",</w:t>
        <w:br/>
        <w:tab/>
        <w:tab/>
        <w:tab/>
        <w:t>"name": null,</w:t>
        <w:br/>
        <w:tab/>
        <w:tab/>
        <w:tab/>
        <w:t>"telephone": null,</w:t>
        <w:br/>
        <w:tab/>
        <w:tab/>
        <w:tab/>
        <w:t>"createdTime": 1611127338000,</w:t>
        <w:br/>
        <w:tab/>
        <w:tab/>
        <w:tab/>
        <w:t>"lastModified": 1611127338000,</w:t>
        <w:br/>
        <w:tab/>
        <w:tab/>
        <w:tab/>
        <w:t>"address": null,</w:t>
        <w:br/>
        <w:tab/>
        <w:tab/>
        <w:tab/>
        <w:t>"param4": "oi_ubsz8bujEA8TXdMzPpAxbC0ZI",</w:t>
        <w:br/>
        <w:tab/>
        <w:tab/>
        <w:tab/>
        <w:t>"param5": null,</w:t>
        <w:br/>
        <w:tab/>
        <w:tab/>
        <w:tab/>
        <w:t>"userId": "1b448be323",</w:t>
        <w:br/>
        <w:tab/>
        <w:tab/>
        <w:tab/>
        <w:t>"ext": null</w:t>
        <w:br/>
        <w:tab/>
        <w:tab/>
        <w:t>}],</w:t>
        <w:br/>
        <w:tab/>
        <w:tab/>
        <w:t>"startRow": 1,</w:t>
        <w:br/>
        <w:tab/>
        <w:tab/>
        <w:t>"firstPage": true,</w:t>
        <w:br/>
        <w:tab/>
        <w:tab/>
        <w:t>"lastPage": true,</w:t>
        <w:br/>
        <w:tab/>
        <w:tab/>
        <w:t>"prePageNumber": 1,</w:t>
        <w:br/>
        <w:tab/>
        <w:tab/>
        <w:t>"limit": 1,</w:t>
        <w:br/>
        <w:tab/>
        <w:tab/>
        <w:t>"totalPages": 1,</w:t>
        <w:br/>
        <w:tab/>
        <w:tab/>
        <w:t>"nextPageNumber": 1,</w:t>
        <w:br/>
        <w:tab/>
        <w:tab/>
        <w:t>"endRow": 1,</w:t>
        <w:br/>
        <w:tab/>
        <w:tab/>
        <w:t>"offset": 0</w:t>
        <w:br/>
        <w:tab/>
        <w:t>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查询频道中奖记录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