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查询频道问卷结果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1、查询直播问卷的答题结果及统计</w:t>
        <w:br/>
        <w:t>2、接口支持https协议</w:t>
        <w:br/>
        <w:t>3、参数问卷ID、场次号、查询时间同时存在多个时，按参数优先级从小到大，选其中一个参数作为查询条件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http://api.polyv.net/live/v3/channel/questionnaire/answer-records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问卷ID，优先级1，该参数获取自【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查询频道问卷列表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场次号，优先级2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开始时间，优先级3，格式：yyyy-MM-dd，默认查最近7天数据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结束时间，优先级3，格式：yyyy-MM-dd，默认查最近7天数据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https://api.polyv.net/live/v3/channel/questionnaire/answer-records?endDate=2022-1-1&amp;appId=frlr1zazn3&amp;sign=92DC9A760C540DDCC7D7A3A020588DF8&amp;channelId=1965681&amp;startDate=2020-1-1&amp;timestamp=1621845075669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成功响应时为问卷基本信息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customQuestionnaireId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用户自定义问卷ID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问卷类型，取值：survey:问卷调研  exam:随堂测试 lottery:问卷抽奖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问卷结束时间，13位毫秒级时间戳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questionStats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问卷下各个问题的答题统计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questionStats字段说明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观看端提交答题的信息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users字段说明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questionStats字段说明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问卷问题列表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questions字段说明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题目的答题人数</w:t>
            </w:r>
          </w:p>
        </w:tc>
      </w:tr>
    </w:tbl>
    <w:p>
      <w:pPr>
        <w:spacing w:after="40"/>
      </w:pPr>
    </w:p>
    <w:p>
      <w:pPr>
        <w:pStyle w:val="Heading3"/>
      </w:pPr>
      <w:r>
        <w:t>questions字段说明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score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题目分数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totalScore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题目的总得分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correctCount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题目的答对人数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a-t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选择项a到t分别的答题人数</w:t>
            </w:r>
          </w:p>
        </w:tc>
      </w:tr>
    </w:tbl>
    <w:p>
      <w:pPr>
        <w:spacing w:after="40"/>
      </w:pPr>
    </w:p>
    <w:p>
      <w:pPr>
        <w:pStyle w:val="Heading3"/>
      </w:pPr>
      <w:r>
        <w:t>users字段说明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提交问卷的用户ID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提交问卷的用户昵称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totalScore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提交问卷的用户的总得分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submitTime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提交问卷的日期，13位的时间戳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用户每道题目的答题情况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answers字段说明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自定义参数，用于标志唯一观众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自定义参数，用于标志唯一观众</w:t>
            </w:r>
          </w:p>
        </w:tc>
      </w:tr>
    </w:tbl>
    <w:p>
      <w:pPr>
        <w:spacing w:after="40"/>
      </w:pPr>
    </w:p>
    <w:p>
      <w:pPr>
        <w:pStyle w:val="Heading3"/>
      </w:pPr>
      <w:r>
        <w:t>answers字段说明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提交的题目答案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score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用户答题的得分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题目的类型R：单选题C：多项题Q：问答题J：判断题X：评星题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LoggerFactory.getLogger(LiveInteractionTest.class);</w:t>
        <w:br/>
        <w:br/>
        <w:t>/**</w:t>
        <w:br/>
        <w:t>* 查询频道问卷结果</w:t>
        <w:br/>
        <w:t>* @throws IOException</w:t>
        <w:br/>
        <w:t>*/</w:t>
        <w:br/>
        <w:t>public void testGetQuestionnaireResult() throws IOException, NoSuchAlgorithmException {</w:t>
        <w:br/>
        <w:t xml:space="preserve">  //公共参数,填写自己的实际参数</w:t>
        <w:br/>
        <w:t xml:space="preserve">  String appId=super.appId;</w:t>
        <w:br/>
        <w:t xml:space="preserve">  String appSecret=super.appSecret;</w:t>
        <w:br/>
        <w:t xml:space="preserve">  String userId = super.userId;</w:t>
        <w:br/>
        <w:t xml:space="preserve">  String timestamp=String.valueOf(System.currentTimeMillis());</w:t>
        <w:br/>
        <w:t xml:space="preserve">  //业务参数</w:t>
        <w:br/>
        <w:t xml:space="preserve">  String channelId = "1965681";</w:t>
        <w:br/>
        <w:t xml:space="preserve">  String startDate = "2020-1-1";</w:t>
        <w:br/>
        <w:t xml:space="preserve">  String endDate = "2022-1-1";</w:t>
        <w:br/>
        <w:t xml:space="preserve">  String url = "https://api.polyv.net/live/v3/channel/questionnaire/answer-records";</w:t>
        <w:br/>
        <w:br/>
        <w:t xml:space="preserve">  //http 调用逻辑</w:t>
        <w:br/>
        <w:t xml:space="preserve">  Map&lt;String,String&gt; requestMap = new HashMap&lt;&gt;();</w:t>
        <w:br/>
        <w:t xml:space="preserve">  requestMap.put("appId", appId);</w:t>
        <w:br/>
        <w:t xml:space="preserve">  requestMap.put("timestamp",timestamp);</w:t>
        <w:br/>
        <w:br/>
        <w:t xml:space="preserve">  requestMap.put("channelId",channelId);</w:t>
        <w:br/>
        <w:t xml:space="preserve">  requestMap.put("startDate",startDate);</w:t>
        <w:br/>
        <w:t xml:space="preserve">  requestMap.put("endDate",endDate);</w:t>
        <w:br/>
        <w:br/>
        <w:t xml:space="preserve">  requestMap.put("sign",LiveSignUtil.getSign(requestMap, appSecret));</w:t>
        <w:br/>
        <w:t xml:space="preserve">  String response = HttpUtil.get(url,requestMap);</w:t>
        <w:br/>
        <w:t xml:space="preserve">  log.info("测试查询频道问卷结果接口返回值：{}",response);</w:t>
        <w:br/>
        <w:t xml:space="preserve">  //do somethings</w:t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[{</w:t>
        <w:br/>
        <w:tab/>
        <w:tab/>
        <w:t>"questionnaireId": "fs9skpv22f",</w:t>
        <w:br/>
        <w:tab/>
        <w:tab/>
        <w:t>"questionnaireTitle": "测试试卷，明天会更好调查2",</w:t>
        <w:br/>
        <w:tab/>
        <w:tab/>
        <w:t>"lastModified": 1603158379000,</w:t>
        <w:br/>
        <w:tab/>
        <w:tab/>
        <w:t>"endTime": 1603158379000,</w:t>
        <w:br/>
        <w:tab/>
        <w:tab/>
        <w:t>"questionStats": {</w:t>
        <w:br/>
        <w:tab/>
        <w:tab/>
        <w:tab/>
        <w:t>"questions": [{</w:t>
        <w:br/>
        <w:tab/>
        <w:tab/>
        <w:tab/>
        <w:tab/>
        <w:t>"questionId": "f790a51167de4dc0b48f4b184f90be96",</w:t>
        <w:br/>
        <w:tab/>
        <w:tab/>
        <w:tab/>
        <w:tab/>
        <w:t>"questionName": "您的兴趣爱好？",</w:t>
        <w:br/>
        <w:tab/>
        <w:tab/>
        <w:tab/>
        <w:tab/>
        <w:t>"score": 20,</w:t>
        <w:br/>
        <w:tab/>
        <w:tab/>
        <w:tab/>
        <w:tab/>
        <w:t>"totalScore": 20,</w:t>
        <w:br/>
        <w:tab/>
        <w:tab/>
        <w:tab/>
        <w:tab/>
        <w:t>"total": 2,</w:t>
        <w:br/>
        <w:tab/>
        <w:tab/>
        <w:tab/>
        <w:tab/>
        <w:t>"correctCount": 1,</w:t>
        <w:br/>
        <w:tab/>
        <w:tab/>
        <w:tab/>
        <w:tab/>
        <w:t>"a": 2,</w:t>
        <w:br/>
        <w:tab/>
        <w:tab/>
        <w:tab/>
        <w:tab/>
        <w:t>"b": 1,</w:t>
        <w:br/>
        <w:tab/>
        <w:tab/>
        <w:tab/>
        <w:tab/>
        <w:t>"c": 0,</w:t>
        <w:br/>
        <w:tab/>
        <w:tab/>
        <w:tab/>
        <w:tab/>
        <w:t>"d": 0,</w:t>
        <w:br/>
        <w:tab/>
        <w:tab/>
        <w:tab/>
        <w:tab/>
        <w:t>"e": 0,</w:t>
        <w:br/>
        <w:tab/>
        <w:tab/>
        <w:tab/>
        <w:tab/>
        <w:t>"f": 0,</w:t>
        <w:br/>
        <w:tab/>
        <w:tab/>
        <w:tab/>
        <w:tab/>
        <w:t>"g": 0,</w:t>
        <w:br/>
        <w:tab/>
        <w:tab/>
        <w:tab/>
        <w:tab/>
        <w:t>"h": 0,</w:t>
        <w:br/>
        <w:tab/>
        <w:tab/>
        <w:tab/>
        <w:tab/>
        <w:t>"i": 0,</w:t>
        <w:br/>
        <w:tab/>
        <w:tab/>
        <w:tab/>
        <w:tab/>
        <w:t>"j": 0</w:t>
        <w:br/>
        <w:tab/>
        <w:tab/>
        <w:tab/>
        <w:t>}],</w:t>
        <w:br/>
        <w:tab/>
        <w:tab/>
        <w:tab/>
        <w:t>"total": 2</w:t>
        <w:br/>
        <w:tab/>
        <w:tab/>
        <w:t>},</w:t>
        <w:br/>
        <w:tab/>
        <w:tab/>
        <w:t>"users": [{</w:t>
        <w:br/>
        <w:tab/>
        <w:tab/>
        <w:tab/>
        <w:t>"viewerId": "1603157068752",</w:t>
        <w:br/>
        <w:tab/>
        <w:tab/>
        <w:tab/>
        <w:t>"nickname": "长沙观众/30182",</w:t>
        <w:br/>
        <w:tab/>
        <w:tab/>
        <w:tab/>
        <w:t>"submitTime": 1603158235000,</w:t>
        <w:br/>
        <w:tab/>
        <w:tab/>
        <w:tab/>
        <w:t>"totalScore": 0,</w:t>
        <w:br/>
        <w:tab/>
        <w:tab/>
        <w:tab/>
        <w:t>"answers": [{</w:t>
        <w:br/>
        <w:tab/>
        <w:tab/>
        <w:tab/>
        <w:tab/>
        <w:t>"questionId": "4e8bfb9e0a3a465c825b3412d248bade",</w:t>
        <w:br/>
        <w:tab/>
        <w:tab/>
        <w:tab/>
        <w:tab/>
        <w:t>"questionName": "您的职务？",</w:t>
        <w:br/>
        <w:tab/>
        <w:tab/>
        <w:tab/>
        <w:tab/>
        <w:t>"answer": "这是职务",</w:t>
        <w:br/>
        <w:tab/>
        <w:tab/>
        <w:tab/>
        <w:tab/>
        <w:t>"score": 0,</w:t>
        <w:br/>
        <w:tab/>
        <w:tab/>
        <w:tab/>
        <w:tab/>
        <w:t>"type": "Q"</w:t>
        <w:br/>
        <w:tab/>
        <w:tab/>
        <w:tab/>
        <w:t>}],</w:t>
        <w:br/>
        <w:tab/>
        <w:tab/>
        <w:tab/>
        <w:t>"param4": null,</w:t>
        <w:br/>
        <w:tab/>
        <w:tab/>
        <w:tab/>
        <w:t>"param5": null</w:t>
        <w:br/>
        <w:tab/>
        <w:tab/>
        <w:t>}, {</w:t>
        <w:br/>
        <w:tab/>
        <w:tab/>
        <w:tab/>
        <w:t>"viewerId": "1603158143775",</w:t>
        <w:br/>
        <w:tab/>
        <w:tab/>
        <w:tab/>
        <w:t>"nickname": "长沙观众/62648",</w:t>
        <w:br/>
        <w:tab/>
        <w:tab/>
        <w:tab/>
        <w:t>"submitTime": 1603158312000,</w:t>
        <w:br/>
        <w:tab/>
        <w:tab/>
        <w:tab/>
        <w:t>"totalScore": 20,</w:t>
        <w:br/>
        <w:tab/>
        <w:tab/>
        <w:tab/>
        <w:t>"answers": [{</w:t>
        <w:br/>
        <w:tab/>
        <w:tab/>
        <w:tab/>
        <w:tab/>
        <w:t>"questionId": "4e8bfb9e0a3a465c825b3412d248bade",</w:t>
        <w:br/>
        <w:tab/>
        <w:tab/>
        <w:tab/>
        <w:tab/>
        <w:t>"questionName": "您的职务？",</w:t>
        <w:br/>
        <w:tab/>
        <w:tab/>
        <w:tab/>
        <w:tab/>
        <w:t>"answer": "teacher",</w:t>
        <w:br/>
        <w:tab/>
        <w:tab/>
        <w:tab/>
        <w:tab/>
        <w:t>"score": 0,</w:t>
        <w:br/>
        <w:tab/>
        <w:tab/>
        <w:tab/>
        <w:tab/>
        <w:t>"type": "Q"</w:t>
        <w:br/>
        <w:tab/>
        <w:tab/>
        <w:tab/>
        <w:t>}],</w:t>
        <w:br/>
        <w:tab/>
        <w:tab/>
        <w:tab/>
        <w:t>"param4": null,</w:t>
        <w:br/>
        <w:tab/>
        <w:tab/>
        <w:tab/>
        <w:t>"param5": null</w:t>
        <w:br/>
        <w:tab/>
        <w:tab/>
        <w:t>}],</w:t>
        <w:br/>
        <w:tab/>
        <w:tab/>
        <w:t>"customQuestionnaireId": null</w:t>
        <w:br/>
        <w:tab/>
        <w:t>}, {</w:t>
        <w:br/>
        <w:tab/>
        <w:tab/>
        <w:t>"questionnaireId": "fs9v59nq4u",</w:t>
        <w:br/>
        <w:tab/>
        <w:tab/>
        <w:t>"questionnaireTitle": "测试试卷，明天会更好调查1",</w:t>
        <w:br/>
        <w:tab/>
        <w:tab/>
        <w:t>"lastModified": 1603163828000,</w:t>
        <w:br/>
        <w:tab/>
        <w:tab/>
        <w:t>"endTime": 1603163828000,</w:t>
        <w:br/>
        <w:tab/>
        <w:tab/>
        <w:t>"questionStats": {</w:t>
        <w:br/>
        <w:tab/>
        <w:tab/>
        <w:tab/>
        <w:t>"questions": [{</w:t>
        <w:br/>
        <w:tab/>
        <w:tab/>
        <w:tab/>
        <w:tab/>
        <w:t>"questionId": "84c4fcf2a54e4b19859edfaa23e49f1a",</w:t>
        <w:br/>
        <w:tab/>
        <w:tab/>
        <w:tab/>
        <w:tab/>
        <w:t>"questionName": "您的兴趣爱好？",</w:t>
        <w:br/>
        <w:tab/>
        <w:tab/>
        <w:tab/>
        <w:tab/>
        <w:t>"score": 20,</w:t>
        <w:br/>
        <w:tab/>
        <w:tab/>
        <w:tab/>
        <w:tab/>
        <w:t>"totalScore": 0,</w:t>
        <w:br/>
        <w:tab/>
        <w:tab/>
        <w:tab/>
        <w:tab/>
        <w:t>"total": 1,</w:t>
        <w:br/>
        <w:tab/>
        <w:tab/>
        <w:tab/>
        <w:tab/>
        <w:t>"correctCount": 0,</w:t>
        <w:br/>
        <w:tab/>
        <w:tab/>
        <w:tab/>
        <w:tab/>
        <w:t>"a": 1,</w:t>
        <w:br/>
        <w:tab/>
        <w:tab/>
        <w:tab/>
        <w:tab/>
        <w:t>"b": 0,</w:t>
        <w:br/>
        <w:tab/>
        <w:tab/>
        <w:tab/>
        <w:tab/>
        <w:t>"c": 1,</w:t>
        <w:br/>
        <w:tab/>
        <w:tab/>
        <w:tab/>
        <w:tab/>
        <w:t>"d": 0,</w:t>
        <w:br/>
        <w:tab/>
        <w:tab/>
        <w:tab/>
        <w:tab/>
        <w:t>"e": 0,</w:t>
        <w:br/>
        <w:tab/>
        <w:tab/>
        <w:tab/>
        <w:tab/>
        <w:t>"f": 0,</w:t>
        <w:br/>
        <w:tab/>
        <w:tab/>
        <w:tab/>
        <w:tab/>
        <w:t>"g": 0,</w:t>
        <w:br/>
        <w:tab/>
        <w:tab/>
        <w:tab/>
        <w:tab/>
        <w:t>"h": 0,</w:t>
        <w:br/>
        <w:tab/>
        <w:tab/>
        <w:tab/>
        <w:tab/>
        <w:t>"i": 0,</w:t>
        <w:br/>
        <w:tab/>
        <w:tab/>
        <w:tab/>
        <w:tab/>
        <w:t>"j": 0</w:t>
        <w:br/>
        <w:tab/>
        <w:tab/>
        <w:tab/>
        <w:t>}],</w:t>
        <w:br/>
        <w:tab/>
        <w:tab/>
        <w:tab/>
        <w:t>"total": 1</w:t>
        <w:br/>
        <w:tab/>
        <w:tab/>
        <w:t>},</w:t>
        <w:br/>
        <w:tab/>
        <w:tab/>
        <w:t>"users": [{</w:t>
        <w:br/>
        <w:tab/>
        <w:tab/>
        <w:tab/>
        <w:t>"viewerId": "1603158143775",</w:t>
        <w:br/>
        <w:tab/>
        <w:tab/>
        <w:tab/>
        <w:t>"nickname": "长沙观众/62648",</w:t>
        <w:br/>
        <w:tab/>
        <w:tab/>
        <w:tab/>
        <w:t>"submitTime": 1603163818000,</w:t>
        <w:br/>
        <w:tab/>
        <w:tab/>
        <w:tab/>
        <w:t>"totalScore": 0,</w:t>
        <w:br/>
        <w:tab/>
        <w:tab/>
        <w:tab/>
        <w:t>"answers": [{</w:t>
        <w:br/>
        <w:tab/>
        <w:tab/>
        <w:tab/>
        <w:tab/>
        <w:t>"questionId": "176a1be7f8f04cb2b9e3691e14a3ae22",</w:t>
        <w:br/>
        <w:tab/>
        <w:tab/>
        <w:tab/>
        <w:tab/>
        <w:t>"questionName": "您的性别",</w:t>
        <w:br/>
        <w:tab/>
        <w:tab/>
        <w:tab/>
        <w:tab/>
        <w:t>"answer": "B",</w:t>
        <w:br/>
        <w:tab/>
        <w:tab/>
        <w:tab/>
        <w:tab/>
        <w:t>"score": 0,</w:t>
        <w:br/>
        <w:tab/>
        <w:tab/>
        <w:tab/>
        <w:tab/>
        <w:t>"type": "R"</w:t>
        <w:br/>
        <w:tab/>
        <w:tab/>
        <w:tab/>
        <w:t>}],</w:t>
        <w:br/>
        <w:tab/>
        <w:tab/>
        <w:tab/>
        <w:t>"param4": null,</w:t>
        <w:br/>
        <w:tab/>
        <w:tab/>
        <w:tab/>
        <w:t>"param5": null</w:t>
        <w:br/>
        <w:tab/>
        <w:tab/>
        <w:t>}],</w:t>
        <w:br/>
        <w:tab/>
        <w:tab/>
        <w:t>"customQuestionnaireId": null</w:t>
        <w:br/>
        <w:tab/>
        <w:t>}]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查询频道问卷结果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