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查询频道问卷题目与结果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1、查询频道问卷题目与结果</w:t>
        <w:br/>
        <w:t>2、问卷ID可以从获取频道问卷列表中获取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http://api.polyv.net/live/v3/channel/questionnaire/detail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查询频道问卷列表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https://api.polyv.net/live/v3/channel/questionnaire/detail?appId=frlr1zazn3&amp;sign=21B0DC009E318AA78636A7CE9C622056&amp;questionnaireId=fwndt7vq4x&amp;channelId=1965681&amp;timestamp=1621845043008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成功响应时为问卷基本信息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问卷状态draft：草稿send：已发送delete：已删除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停止问卷时间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问卷问题列表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questions字段说明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questions字段说明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问题题目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问题类型R：单选C：多选S：评星题Q：问答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 1~10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选项A~J的内容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问卷状态draft：草稿send：已发送delete：已删除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问卷发起次数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tips1 1~5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题目对应的提示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是否必填Y：必填N：非必填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是否计分Y：计分N：不计分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题目分值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答题类型1：问答0：答题卡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查询频道问卷题目与结果</w:t>
        <w:br/>
        <w:t xml:space="preserve"> * @throws IOException</w:t>
        <w:br/>
        <w:t xml:space="preserve"> */</w:t>
        <w:br/>
        <w:t>@Test</w:t>
        <w:br/>
        <w:t>public void testGetQuestionnaireDetail()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channelId = "1965681";</w:t>
        <w:br/>
        <w:t xml:space="preserve">    String questionnaireId = "fwndt7vq4x";</w:t>
        <w:br/>
        <w:t xml:space="preserve">    String url = "http://api.polyv.net/live/v3/channel/questionnaire/detail";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requestMap.put("questionnaireId",questionnaireId);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log.info("测试查询频道问卷题目与结果接口返回值：{}",response);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"questionnaireId": "fwndt7vq4x",</w:t>
        <w:br/>
        <w:tab/>
        <w:tab/>
        <w:t>"channelId": 1965681,</w:t>
        <w:br/>
        <w:tab/>
        <w:tab/>
        <w:t>"userId": "1b448be323",</w:t>
        <w:br/>
        <w:tab/>
        <w:tab/>
        <w:t>"name": "测试试卷，明天会更好调查2 (1175)",</w:t>
        <w:br/>
        <w:tab/>
        <w:tab/>
        <w:t>"status": "saved",</w:t>
        <w:br/>
        <w:tab/>
        <w:tab/>
        <w:t>"createdTime": 1615507307000,</w:t>
        <w:br/>
        <w:tab/>
        <w:tab/>
        <w:t>"lastModified": 1615507307000,</w:t>
        <w:br/>
        <w:tab/>
        <w:tab/>
        <w:t>"endTime": null,</w:t>
        <w:br/>
        <w:tab/>
        <w:tab/>
        <w:t>"customQuestionnaireId": "30231311ed334a7f80e4db520b3bec99",</w:t>
        <w:br/>
        <w:tab/>
        <w:tab/>
        <w:t>"questions": [{</w:t>
        <w:br/>
        <w:tab/>
        <w:tab/>
        <w:tab/>
        <w:t>"questionId": "4bb657cc5897451ea4705a9bb843e16c",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"您的兴趣爱好？",</w:t>
        <w:br/>
        <w:tab/>
        <w:tab/>
        <w:tab/>
        <w:t>"type": "C",</w:t>
        <w:br/>
        <w:tab/>
        <w:tab/>
        <w:tab/>
        <w:t>"option1": "篮球",</w:t>
        <w:br/>
        <w:tab/>
        <w:tab/>
        <w:tab/>
        <w:t>"option2": "足球",</w:t>
        <w:br/>
        <w:tab/>
        <w:tab/>
        <w:tab/>
        <w:t>"option3": "排球",</w:t>
        <w:br/>
        <w:tab/>
        <w:tab/>
        <w:tab/>
        <w:t>"option4": "跑步",</w:t>
        <w:br/>
        <w:tab/>
        <w:tab/>
        <w:tab/>
        <w:t>"option5": "羽毛球",</w:t>
        <w:br/>
        <w:tab/>
        <w:tab/>
        <w:tab/>
        <w:t>"createdTime": 1615507307000,</w:t>
        <w:br/>
        <w:tab/>
        <w:tab/>
        <w:tab/>
        <w:t>"lastModified": 1615507307000,</w:t>
        <w:br/>
        <w:tab/>
        <w:tab/>
        <w:tab/>
        <w:t>"answer": "a",</w:t>
        <w:br/>
        <w:tab/>
        <w:tab/>
        <w:tab/>
        <w:t>"note": null,</w:t>
        <w:br/>
        <w:tab/>
        <w:tab/>
        <w:tab/>
        <w:t>"templateId": null,</w:t>
        <w:br/>
        <w:tab/>
        <w:tab/>
        <w:tab/>
        <w:t>"status": "draft",</w:t>
        <w:br/>
        <w:tab/>
        <w:tab/>
        <w:tab/>
        <w:t>"times": 0,</w:t>
        <w:br/>
        <w:tab/>
        <w:tab/>
        <w:tab/>
        <w:t>"tips1": null,</w:t>
        <w:br/>
        <w:tab/>
        <w:tab/>
        <w:tab/>
        <w:t>"tips2": null,</w:t>
        <w:br/>
        <w:tab/>
        <w:tab/>
        <w:tab/>
        <w:t>"tips3": null,</w:t>
        <w:br/>
        <w:tab/>
        <w:tab/>
        <w:tab/>
        <w:t>"tips4": null,</w:t>
        <w:br/>
        <w:tab/>
        <w:tab/>
        <w:tab/>
        <w:t>"tips5": null,</w:t>
        <w:br/>
        <w:tab/>
        <w:tab/>
        <w:tab/>
        <w:t>"required": "Y",</w:t>
        <w:br/>
        <w:tab/>
        <w:tab/>
        <w:tab/>
        <w:t>"scoreEnabled": "Y",</w:t>
        <w:br/>
        <w:tab/>
        <w:tab/>
        <w:tab/>
        <w:t>"option6": null,</w:t>
        <w:br/>
        <w:tab/>
        <w:tab/>
        <w:tab/>
        <w:t>"option7": null,</w:t>
        <w:br/>
        <w:tab/>
        <w:tab/>
        <w:tab/>
        <w:t>"option8": null,</w:t>
        <w:br/>
        <w:tab/>
        <w:tab/>
        <w:tab/>
        <w:t>"option9": null,</w:t>
        <w:br/>
        <w:tab/>
        <w:tab/>
        <w:tab/>
        <w:t>"option10": null,</w:t>
        <w:br/>
        <w:tab/>
        <w:tab/>
        <w:tab/>
        <w:t>"score": 20,</w:t>
        <w:br/>
        <w:tab/>
        <w:tab/>
        <w:tab/>
        <w:t>"itemType": 0,</w:t>
        <w:br/>
        <w:tab/>
        <w:tab/>
        <w:tab/>
        <w:t>"option11": null,</w:t>
        <w:br/>
        <w:tab/>
        <w:tab/>
        <w:tab/>
        <w:t>"option12": null,</w:t>
        <w:br/>
        <w:tab/>
        <w:tab/>
        <w:tab/>
        <w:t>"option13": null,</w:t>
        <w:br/>
        <w:tab/>
        <w:tab/>
        <w:tab/>
        <w:t>"option14": null,</w:t>
        <w:br/>
        <w:tab/>
        <w:tab/>
        <w:tab/>
        <w:t>"option15": null</w:t>
        <w:br/>
        <w:tab/>
        <w:tab/>
        <w:t>}, {</w:t>
        <w:br/>
        <w:tab/>
        <w:tab/>
        <w:tab/>
        <w:t>"questionId": "b5b33c428cfd488eb8f4c5991e4e9aff",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"您的性别",</w:t>
        <w:br/>
        <w:tab/>
        <w:tab/>
        <w:tab/>
        <w:t>"type": "R",</w:t>
        <w:br/>
        <w:tab/>
        <w:tab/>
        <w:tab/>
        <w:t>"option1": "M",</w:t>
        <w:br/>
        <w:tab/>
        <w:tab/>
        <w:tab/>
        <w:t>"option2": "W",</w:t>
        <w:br/>
        <w:tab/>
        <w:tab/>
        <w:tab/>
        <w:t>"option3": null,</w:t>
        <w:br/>
        <w:tab/>
        <w:tab/>
        <w:tab/>
        <w:t>"option4": null,</w:t>
        <w:br/>
        <w:tab/>
        <w:tab/>
        <w:tab/>
        <w:t>"option5": null,</w:t>
        <w:br/>
        <w:tab/>
        <w:tab/>
        <w:tab/>
        <w:t>"createdTime": 1615507307000,</w:t>
        <w:br/>
        <w:tab/>
        <w:tab/>
        <w:tab/>
        <w:t>"lastModified": 1615507307000,</w:t>
        <w:br/>
        <w:tab/>
        <w:tab/>
        <w:tab/>
        <w:t>"answer": "",</w:t>
        <w:br/>
        <w:tab/>
        <w:tab/>
        <w:tab/>
        <w:t>"note": null,</w:t>
        <w:br/>
        <w:tab/>
        <w:tab/>
        <w:tab/>
        <w:t>"templateId": null,</w:t>
        <w:br/>
        <w:tab/>
        <w:tab/>
        <w:tab/>
        <w:t>"status": "draft",</w:t>
        <w:br/>
        <w:tab/>
        <w:tab/>
        <w:tab/>
        <w:t>"times": 0,</w:t>
        <w:br/>
        <w:tab/>
        <w:tab/>
        <w:tab/>
        <w:t>"tips1": null,</w:t>
        <w:br/>
        <w:tab/>
        <w:tab/>
        <w:tab/>
        <w:t>"tips2": null,</w:t>
        <w:br/>
        <w:tab/>
        <w:tab/>
        <w:tab/>
        <w:t>"tips3": null,</w:t>
        <w:br/>
        <w:tab/>
        <w:tab/>
        <w:tab/>
        <w:t>"tips4": null,</w:t>
        <w:br/>
        <w:tab/>
        <w:tab/>
        <w:tab/>
        <w:t>"tips5": null,</w:t>
        <w:br/>
        <w:tab/>
        <w:tab/>
        <w:tab/>
        <w:t>"required": "Y",</w:t>
        <w:br/>
        <w:tab/>
        <w:tab/>
        <w:tab/>
        <w:t>"scoreEnabled": "N",</w:t>
        <w:br/>
        <w:tab/>
        <w:tab/>
        <w:tab/>
        <w:t>"option6": null,</w:t>
        <w:br/>
        <w:tab/>
        <w:tab/>
        <w:tab/>
        <w:t>"option7": null,</w:t>
        <w:br/>
        <w:tab/>
        <w:tab/>
        <w:tab/>
        <w:t>"option8": null,</w:t>
        <w:br/>
        <w:tab/>
        <w:tab/>
        <w:tab/>
        <w:t>"option9": null,</w:t>
        <w:br/>
        <w:tab/>
        <w:tab/>
        <w:tab/>
        <w:t>"option10": null,</w:t>
        <w:br/>
        <w:tab/>
        <w:tab/>
        <w:tab/>
        <w:t>"score": null,</w:t>
        <w:br/>
        <w:tab/>
        <w:tab/>
        <w:tab/>
        <w:t>"itemType": 0,</w:t>
        <w:br/>
        <w:tab/>
        <w:tab/>
        <w:tab/>
        <w:t>"option11": null,</w:t>
        <w:br/>
        <w:tab/>
        <w:tab/>
        <w:tab/>
        <w:t>"option12": null,</w:t>
        <w:br/>
        <w:tab/>
        <w:tab/>
        <w:tab/>
        <w:t>"option13": null,</w:t>
        <w:br/>
        <w:tab/>
        <w:tab/>
        <w:tab/>
        <w:t>"option14": null,</w:t>
        <w:br/>
        <w:tab/>
        <w:tab/>
        <w:tab/>
        <w:t>"option15": null</w:t>
        <w:br/>
        <w:tab/>
        <w:tab/>
        <w:t>}, {</w:t>
        <w:br/>
        <w:tab/>
        <w:tab/>
        <w:tab/>
        <w:t>"questionId": "cc4b8c4c44d346bcab4bb47e3dca275d",</w:t>
        <w:br/>
        <w:tab/>
        <w:tab/>
        <w:tab/>
        <w:t>"channelId": 1965681,</w:t>
        <w:br/>
        <w:tab/>
        <w:tab/>
        <w:tab/>
        <w:t>"userId": "1b448be323",</w:t>
        <w:br/>
        <w:tab/>
        <w:tab/>
        <w:tab/>
        <w:t>"name": "您的职务？",</w:t>
        <w:br/>
        <w:tab/>
        <w:tab/>
        <w:tab/>
        <w:t>"type": "Q",</w:t>
        <w:br/>
        <w:tab/>
        <w:tab/>
        <w:tab/>
        <w:t>"option1": "",</w:t>
        <w:br/>
        <w:tab/>
        <w:tab/>
        <w:tab/>
        <w:t>"option2": null,</w:t>
        <w:br/>
        <w:tab/>
        <w:tab/>
        <w:tab/>
        <w:t>"option3": null,</w:t>
        <w:br/>
        <w:tab/>
        <w:tab/>
        <w:tab/>
        <w:t>"option4": null,</w:t>
        <w:br/>
        <w:tab/>
        <w:tab/>
        <w:tab/>
        <w:t>"option5": null,</w:t>
        <w:br/>
        <w:tab/>
        <w:tab/>
        <w:tab/>
        <w:t>"createdTime": 1615507307000,</w:t>
        <w:br/>
        <w:tab/>
        <w:tab/>
        <w:tab/>
        <w:t>"lastModified": 1615507307000,</w:t>
        <w:br/>
        <w:tab/>
        <w:tab/>
        <w:tab/>
        <w:t>"answer": "",</w:t>
        <w:br/>
        <w:tab/>
        <w:tab/>
        <w:tab/>
        <w:t>"note": null,</w:t>
        <w:br/>
        <w:tab/>
        <w:tab/>
        <w:tab/>
        <w:t>"templateId": null,</w:t>
        <w:br/>
        <w:tab/>
        <w:tab/>
        <w:tab/>
        <w:t>"status": "draft",</w:t>
        <w:br/>
        <w:tab/>
        <w:tab/>
        <w:tab/>
        <w:t>"times": 0,</w:t>
        <w:br/>
        <w:tab/>
        <w:tab/>
        <w:tab/>
        <w:t>"tips1": null,</w:t>
        <w:br/>
        <w:tab/>
        <w:tab/>
        <w:tab/>
        <w:t>"tips2": null,</w:t>
        <w:br/>
        <w:tab/>
        <w:tab/>
        <w:tab/>
        <w:t>"tips3": null,</w:t>
        <w:br/>
        <w:tab/>
        <w:tab/>
        <w:tab/>
        <w:t>"tips4": null,</w:t>
        <w:br/>
        <w:tab/>
        <w:tab/>
        <w:tab/>
        <w:t>"tips5": null,</w:t>
        <w:br/>
        <w:tab/>
        <w:tab/>
        <w:tab/>
        <w:t>"required": "Y",</w:t>
        <w:br/>
        <w:tab/>
        <w:tab/>
        <w:tab/>
        <w:t>"scoreEnabled": "N",</w:t>
        <w:br/>
        <w:tab/>
        <w:tab/>
        <w:tab/>
        <w:t>"option6": null,</w:t>
        <w:br/>
        <w:tab/>
        <w:tab/>
        <w:tab/>
        <w:t>"option7": null,</w:t>
        <w:br/>
        <w:tab/>
        <w:tab/>
        <w:tab/>
        <w:t>"option8": null,</w:t>
        <w:br/>
        <w:tab/>
        <w:tab/>
        <w:tab/>
        <w:t>"option9": null,</w:t>
        <w:br/>
        <w:tab/>
        <w:tab/>
        <w:tab/>
        <w:t>"option10": null,</w:t>
        <w:br/>
        <w:tab/>
        <w:tab/>
        <w:tab/>
        <w:t>"score": null,</w:t>
        <w:br/>
        <w:tab/>
        <w:tab/>
        <w:tab/>
        <w:t>"itemType": 0,</w:t>
        <w:br/>
        <w:tab/>
        <w:tab/>
        <w:tab/>
        <w:t>"option11": null,</w:t>
        <w:br/>
        <w:tab/>
        <w:tab/>
        <w:tab/>
        <w:t>"option12": null,</w:t>
        <w:br/>
        <w:tab/>
        <w:tab/>
        <w:tab/>
        <w:t>"option13": null,</w:t>
        <w:br/>
        <w:tab/>
        <w:tab/>
        <w:tab/>
        <w:t>"option14": null,</w:t>
        <w:br/>
        <w:tab/>
        <w:tab/>
        <w:tab/>
        <w:t>"option15": null</w:t>
        <w:br/>
        <w:tab/>
        <w:tab/>
        <w:t>}]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查询频道问卷题目与结果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