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查询频道提问记录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1、通过频道号，查询咨询提问记录</w:t>
        <w:br/>
        <w:t>2、接口支持https协议</w:t>
        <w:br/>
        <w:t>3、接口URL中的{channelId}为"频道号"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http://api.polyv.net/live/v2/chat/{channelId}/getQuestion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begin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起始下标，从0开始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结束下标，-1表示不分页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http://api.polyv.net/live/v2/chat/2191569/getQuestion?appId=frlr1zazn3&amp;sign=40763580D3C4C34CF268018E154944D3&amp;end=1&amp;begin=0&amp;timestamp=1616636714152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提问记录的列表数据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s_userId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消息类型T_ANSWER：讲师回答S_QUESTION：学生提问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user字段说明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发言人类型值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是否禁言（true/false）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LoggerFactory.getLogger(InteractionQuestionTest.class);</w:t>
        <w:br/>
        <w:br/>
        <w:t>/**</w:t>
        <w:br/>
        <w:t xml:space="preserve"> * 查询频道提问记录</w:t>
        <w:br/>
        <w:t xml:space="preserve"> * @throws IOException</w:t>
        <w:br/>
        <w:t xml:space="preserve"> */</w:t>
        <w:br/>
        <w:t>@Test</w:t>
        <w:br/>
        <w:t>public void testGetQuestionList()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"http://api.polyv.net/live/v2/chat/"+channelId+"/getQuestion";</w:t>
        <w:br/>
        <w:t xml:space="preserve">        Integer begin = 0;</w:t>
        <w:br/>
        <w:t xml:space="preserve">        Integer end = 1;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requestMap.put("begin",begin.toString());</w:t>
        <w:br/>
        <w:t xml:space="preserve">        requestMap.put("end",end.toString());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log.info("测试查询频道提问记录接口返回值：{}",response);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"id": "ef523640-855c-11eb-ac86-91e249016089",</w:t>
        <w:br/>
        <w:t xml:space="preserve">      "user": {</w:t>
        <w:br/>
        <w:t xml:space="preserve">        "nick": "卉",</w:t>
        <w:br/>
        <w:t xml:space="preserve">        "pic": "https://thirdwx.qlogo.cn/mmopen/vi_32/3lMXVJoLMLJibnkFuA23lyqj5MOQufhW5ATvHuB8byssutficHKU0u7OMx5OQgg9WNVuHf44AXfbAMMAZejuYFTg/132",</w:t>
        <w:br/>
        <w:t xml:space="preserve">        "userId": "ovtl9t_RxnrTdqkXqkT5Q5lnxp2A",</w:t>
        <w:br/>
        <w:t xml:space="preserve">        "sessionId": null,</w:t>
        <w:br/>
        <w:t xml:space="preserve">        "userType": "student",</w:t>
        <w:br/>
        <w:t xml:space="preserve">        "banned": false,</w:t>
        <w:br/>
        <w:t xml:space="preserve">        "channelId": null</w:t>
        <w:br/>
        <w:t xml:space="preserve">      },</w:t>
        <w:br/>
        <w:t xml:space="preserve">      "content": "很长的提问",</w:t>
        <w:br/>
        <w:t xml:space="preserve">      "time": 1615791976356,</w:t>
        <w:br/>
        <w:t xml:space="preserve">      "s_userId": null,</w:t>
        <w:br/>
        <w:t xml:space="preserve">      "event": "S_QUESTION",</w:t>
        <w:br/>
        <w:t xml:space="preserve">      "sourceType": null</w:t>
        <w:br/>
        <w:t xml:space="preserve">    },</w:t>
        <w:br/>
        <w:t xml:space="preserve">    {</w:t>
        <w:br/>
        <w:t xml:space="preserve">      "id": "e9090520-855c-11eb-ac86-91e249016089",</w:t>
        <w:br/>
        <w:t xml:space="preserve">      "user": {</w:t>
        <w:br/>
        <w:t xml:space="preserve">        "nick": "卉",</w:t>
        <w:br/>
        <w:t xml:space="preserve">        "pic": "https://thirdwx.qlogo.cn/mmopen/vi_32/3lMXVJoLMLJibnkFuA23lyqj5MOQufhW5ATvHuB8byssutficHKU0u7OMx5OQgg9WNVuHf44AXfbAMMAZejuYFTg/132",</w:t>
        <w:br/>
        <w:t xml:space="preserve">        "userId": "ovtl9t_RxnrTdqkXqkT5Q5lnxp2A",</w:t>
        <w:br/>
        <w:t xml:space="preserve">        "sessionId": null,</w:t>
        <w:br/>
        <w:t xml:space="preserve">        "userType": "student",</w:t>
        <w:br/>
        <w:t xml:space="preserve">        "banned": false,</w:t>
        <w:br/>
        <w:t xml:space="preserve">        "channelId": null</w:t>
        <w:br/>
        <w:t xml:space="preserve">      },</w:t>
        <w:br/>
        <w:t xml:space="preserve">      "content": "提问",</w:t>
        <w:br/>
        <w:t xml:space="preserve">      "time": 1615791965810,</w:t>
        <w:br/>
        <w:t xml:space="preserve">      "s_userId": null,</w:t>
        <w:br/>
        <w:t xml:space="preserve">      "event": "S_QUESTION",</w:t>
        <w:br/>
        <w:t xml:space="preserve">      "sourceType": null</w:t>
        <w:br/>
        <w:t xml:space="preserve">    }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查询频道提问记录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