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查询频道签到成功记录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1、查询频道号下，某天或某场直播的签到记录（仅返回已签到记录）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http://api.polyv.net/live/v3/channel/checkin/list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每一页的大小，默认为20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查询的指定日期，格式为yyyy-MM-dd，默认查询当天签到记录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场次id如果传sessionId，date无效如果不传sessionId，date有效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http://api.polyv.net/live/v3/channel/checkin/list?date=2021-03-10&amp;appId=frlr1zazn3&amp;sign=97E7B161075A9E52ABEBC202DD25E2E5&amp;pageSize=20&amp;page=1&amp;sessionId=&amp;channelId=2191569&amp;timestamp=1621845152183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签到记录的分页数据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每一页大小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签到记录的数据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自增主键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签到日期，yyyy-MM-dd格式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签到的具体时间戳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签到的格式化详细日期，yyyy-MM-dd HH:mm 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该场次直播开始时间如果不传sessionId，startTime为空如果传sessionId，startTime显示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签到id，一场签到一个id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LoggerFactory.getLogger(InteractionCheckinTest.class);</w:t>
        <w:br/>
        <w:t>/**</w:t>
        <w:br/>
        <w:t xml:space="preserve"> * 查询频道签到结果</w:t>
        <w:br/>
        <w:t xml:space="preserve"> * @throws IOException</w:t>
        <w:br/>
        <w:t xml:space="preserve"> */</w:t>
        <w:br/>
        <w:t>@Test</w:t>
        <w:br/>
        <w:t>public void testGetCheckinList()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"https://api.polyv.net/live/v3/channel/checkin/list";</w:t>
        <w:br/>
        <w:t xml:space="preserve">        Integer channelId = 2191569;</w:t>
        <w:br/>
        <w:t xml:space="preserve">        Integer page = 1;</w:t>
        <w:br/>
        <w:t xml:space="preserve">        Integer pageSize = 20;</w:t>
        <w:br/>
        <w:t xml:space="preserve">        String date = "2021-03-10";</w:t>
        <w:br/>
        <w:t xml:space="preserve">        String sessionId = "";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requestMap.put("channelId",channelId.toString());</w:t>
        <w:br/>
        <w:t xml:space="preserve">        requestMap.put("page",page.toString());</w:t>
        <w:br/>
        <w:t xml:space="preserve">        requestMap.put("pageSize",pageSize.toString());</w:t>
        <w:br/>
        <w:t xml:space="preserve">        requestMap.put("date",date);</w:t>
        <w:br/>
        <w:t xml:space="preserve">        requestMap.put("sessionId",sessionId);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log.info("测试查询频道签到结果接口返回值：{}",response);</w:t>
        <w:br/>
        <w:t xml:space="preserve">    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"pageNumber": 1,</w:t>
        <w:br/>
        <w:t xml:space="preserve">    "totalPages": 1,</w:t>
        <w:br/>
        <w:t xml:space="preserve">    "pageSize": 20,</w:t>
        <w:br/>
        <w:t xml:space="preserve">    "contents": [</w:t>
        <w:br/>
        <w:t xml:space="preserve">      {</w:t>
        <w:br/>
        <w:t xml:space="preserve">        "id": 48010860,</w:t>
        <w:br/>
        <w:t xml:space="preserve">        "indate": "2021-03-10",</w:t>
        <w:br/>
        <w:t xml:space="preserve">        "userid": "ovtl9t_RxnrTdqkXqkT5Q5lnxp2A",</w:t>
        <w:br/>
        <w:t xml:space="preserve">        "channelId": 2191569,</w:t>
        <w:br/>
        <w:t xml:space="preserve">        "sessionId": "",</w:t>
        <w:br/>
        <w:t xml:space="preserve">        "time": 1615391652916,</w:t>
        <w:br/>
        <w:t xml:space="preserve">        "timeFormat": "2021-03-10 23:54",</w:t>
        <w:br/>
        <w:t xml:space="preserve">        "startTime": "",</w:t>
        <w:br/>
        <w:t xml:space="preserve">        "param4": "oi_ubswUnFt8QQFAAEJbKmd8W9BE",</w:t>
        <w:br/>
        <w:t xml:space="preserve">        "param5": "",</w:t>
        <w:br/>
        <w:t xml:space="preserve">        "nickname": "卉",</w:t>
        <w:br/>
        <w:t xml:space="preserve">        "checkinid": "db14ef80-81b8-11eb-b114-e7477b"</w:t>
        <w:br/>
        <w:t xml:space="preserve">      }</w:t>
        <w:br/>
        <w:t xml:space="preserve">    ]</w:t>
        <w:br/>
        <w:t xml:space="preserve">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查询频道签到成功记录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