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查询频道指定时间范围内发起的签到记录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1、通过指定时间范围查询签到发起记录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http://api.polyv.net/live/v3/channel/chat/get-checkin-list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开始日期，格式yyyy-MM-dd 开始结束时间在30天内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结束日期，格式yyyy-MM-dd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http://api.polyv.net/live/v3/channel/chat/get-checkin-list?startDate=2024-07-04&amp;endDate=2024-07-04&amp;channelId=4872391&amp;timestamp=1720088526000&amp;appId=fso8gzbxlr&amp;sign=273F4471BF9FF34DB7AB92EC943AE94F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签到记录的数据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房间号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签到id，一场签到一个id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签到时间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LoggerFactory.getLogger(InteractionCheckinTest.class);</w:t>
        <w:br/>
        <w:t>/**</w:t>
        <w:br/>
        <w:t xml:space="preserve"> * 查询频道发起的签到记录</w:t>
        <w:br/>
        <w:t xml:space="preserve"> * @throws IOException</w:t>
        <w:br/>
        <w:t xml:space="preserve"> */</w:t>
        <w:br/>
        <w:t>@Test</w:t>
        <w:br/>
        <w:t>public void testGetCheckinBySessionId()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"https://api.polyv.net/live/v3/channel/chat/get-checkin-list";</w:t>
        <w:br/>
        <w:t xml:space="preserve">        String channelId = "4872391";</w:t>
        <w:br/>
        <w:t xml:space="preserve">        String sessionId = "fso8gzbxlr";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requestMap.put("channelId",channelId);</w:t>
        <w:br/>
        <w:t xml:space="preserve">        requestMap.put("startDate","2024-07-04");</w:t>
        <w:br/>
        <w:t xml:space="preserve">        requestMap.put("endDate","2024-07-04");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log.info("测试查询频道发起的签到记录接口返回值：{}",response);</w:t>
        <w:br/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[</w:t>
        <w:br/>
        <w:tab/>
        <w:tab/>
        <w:t>{</w:t>
        <w:br/>
        <w:tab/>
        <w:tab/>
        <w:tab/>
        <w:t>"limitTime": 30,</w:t>
        <w:br/>
        <w:tab/>
        <w:tab/>
        <w:tab/>
        <w:t>"number": 1,</w:t>
        <w:br/>
        <w:tab/>
        <w:tab/>
        <w:tab/>
        <w:t>"createtime": "2024-07-04 10:36:59",</w:t>
        <w:br/>
        <w:tab/>
        <w:tab/>
        <w:tab/>
        <w:t>"checkinid": "49d80000-39ae-11ef-9cfa-81a09e",</w:t>
        <w:br/>
        <w:tab/>
        <w:tab/>
        <w:tab/>
        <w:t>"indate": "2024-07-04",</w:t>
        <w:br/>
        <w:tab/>
        <w:tab/>
        <w:tab/>
        <w:t>"sessionId": null,</w:t>
        <w:br/>
        <w:tab/>
        <w:tab/>
        <w:tab/>
        <w:t>"mainCheckinId": null,</w:t>
        <w:br/>
        <w:tab/>
        <w:tab/>
        <w:tab/>
        <w:t>"roomid": "4872391",</w:t>
        <w:br/>
        <w:tab/>
        <w:tab/>
        <w:tab/>
        <w:t>"checknumber": 1</w:t>
        <w:br/>
        <w:tab/>
        <w:tab/>
        <w:t>},</w:t>
        <w:br/>
        <w:tab/>
        <w:tab/>
        <w:t>{</w:t>
        <w:br/>
        <w:tab/>
        <w:tab/>
        <w:tab/>
        <w:t>"limitTime": 30,</w:t>
        <w:br/>
        <w:tab/>
        <w:tab/>
        <w:tab/>
        <w:t>"number": 1,</w:t>
        <w:br/>
        <w:tab/>
        <w:tab/>
        <w:tab/>
        <w:t>"createtime": "2024-07-04 10:37:34",</w:t>
        <w:br/>
        <w:tab/>
        <w:tab/>
        <w:tab/>
        <w:t>"checkinid": "5e84d0f0-39ae-11ef-9cfa-81a09e",</w:t>
        <w:br/>
        <w:tab/>
        <w:tab/>
        <w:tab/>
        <w:t>"indate": "2024-07-04",</w:t>
        <w:br/>
        <w:tab/>
        <w:tab/>
        <w:tab/>
        <w:t>"sessionId": null,</w:t>
        <w:br/>
        <w:tab/>
        <w:tab/>
        <w:tab/>
        <w:t>"mainCheckinId": null,</w:t>
        <w:br/>
        <w:tab/>
        <w:tab/>
        <w:tab/>
        <w:t>"roomid": "4872391",</w:t>
        <w:br/>
        <w:tab/>
        <w:tab/>
        <w:tab/>
        <w:t>"checknumber": 0</w:t>
        <w:br/>
        <w:tab/>
        <w:tab/>
        <w:t>}</w:t>
        <w:br/>
        <w:tab/>
        <w:t>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"invalid signature.",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查询频道指定时间范围内发起的签到记录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