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查询频道发起的签到记录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1、通过直播场次id，查询签到发起记录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http://api.polyv.net/live/v3/channel/chat/checkin-by-sessionId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场次号，该参数获取自【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查询频道场次信息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http://api.polyv.net/live/v3/channel/chat/checkin-by-sessionId?appId=frlr1zazn3&amp;sign=B47C2E7B6EC0C17F62A6E47D62635006&amp;sessionId=fwly13xczv&amp;channelId=2191569&amp;timestamp=1621845186924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签到记录的数据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签到id，一场签到一个id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forceCheckInEnabled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是否强制签到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isPlayback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0：非回放中签到，1：回放中签到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LoggerFactory.getLogger(InteractionCheckinTest.class);</w:t>
        <w:br/>
        <w:t>/**</w:t>
        <w:br/>
        <w:t xml:space="preserve"> * 查询频道发起的签到记录</w:t>
        <w:br/>
        <w:t xml:space="preserve"> * @throws IOException</w:t>
        <w:br/>
        <w:t xml:space="preserve"> */</w:t>
        <w:br/>
        <w:t>@Test</w:t>
        <w:br/>
        <w:t>public void testGetCheckinBySessionId()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"https://api.polyv.net/live/v3/channel/chat/checkin-by-sessionId";</w:t>
        <w:br/>
        <w:t xml:space="preserve">        String channelId = "2191569";</w:t>
        <w:br/>
        <w:t xml:space="preserve">        String sessionId = "fwly13xczv";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requestMap.put("channelId",channelId);</w:t>
        <w:br/>
        <w:t xml:space="preserve">        requestMap.put("sessionId",sessionId);</w:t>
        <w:br/>
        <w:t xml:space="preserve">        requestMap.put("sign",LiveSignUtil.getSign(requestMap, appSecret));</w:t>
        <w:br/>
        <w:t xml:space="preserve">        String response = HttpUtil.get(url, requestMap);</w:t>
        <w:br/>
        <w:t xml:space="preserve">        log.info("测试查询频道发起的签到记录接口返回值：{}",response);</w:t>
        <w:br/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[</w:t>
        <w:br/>
        <w:t xml:space="preserve">    {</w:t>
        <w:br/>
        <w:t xml:space="preserve">      "createtime": "2021-03-11 00:43:59",</w:t>
        <w:br/>
        <w:t xml:space="preserve">      "checkinid": "d0476a90-81bf-11eb-b114-e7477b",</w:t>
        <w:br/>
        <w:t xml:space="preserve">      "sessionId": "fwly13xczv",</w:t>
        <w:br/>
        <w:t xml:space="preserve">      "roomid": "2191569"</w:t>
        <w:br/>
        <w:t xml:space="preserve">    },</w:t>
        <w:br/>
        <w:t xml:space="preserve">    {</w:t>
        <w:br/>
        <w:t xml:space="preserve">      "createtime": "2021-03-11 00:44:51",</w:t>
        <w:br/>
        <w:t xml:space="preserve">      "checkinid": "eed2a150-81bf-11eb-b114-e7477b",</w:t>
        <w:br/>
        <w:t xml:space="preserve">      "sessionId": "fwly13xczv",</w:t>
        <w:br/>
        <w:t xml:space="preserve">      "roomid": "2191569"</w:t>
        <w:br/>
        <w:t xml:space="preserve">    }</w:t>
        <w:br/>
        <w:t xml:space="preserve">  ]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查询频道发起的签到记录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