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根据签到ID查询所有签到记录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1、通过签到id查询签到记录（包括已签到与未签到记录）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http://api.polyv.net/live/v3/channel/chat/get-checkins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签到id，一场签到一个id，该参数获取自【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查询频道签到结果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http://api.polyv.net/live/v3/channel/chat/get-checkins?checkinId=db14ef80-81b8-11eb-b114-e7477b&amp;appId=frlr1zazn3&amp;sign=F0163ADFB54D9BB31BC8DD411252B1FD&amp;channelId=2191569&amp;timestamp=1621845214778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签到记录的数据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对应直播账号的userId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签到学员昵称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签到Y，未签到N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签到日期，yyyy-MM-dd格式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签到记录主键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签到学员id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LoggerFactory.getLogger(InteractionCheckinTest.class);</w:t>
        <w:br/>
        <w:t>/**</w:t>
        <w:br/>
        <w:t xml:space="preserve"> * 根据发起签到记录查询签到结果</w:t>
        <w:br/>
        <w:t xml:space="preserve"> * @throws IOException</w:t>
        <w:br/>
        <w:t xml:space="preserve"> */</w:t>
        <w:br/>
        <w:t>@Test</w:t>
        <w:br/>
        <w:t>public void testGetCheckinByCheckinId()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"https://api.polyv.net/live/v3/channel/chat/get-checkins";</w:t>
        <w:br/>
        <w:t xml:space="preserve">        String channelId = "2191569";</w:t>
        <w:br/>
        <w:t xml:space="preserve">        String checkinId = "db14ef80-81b8-11eb-b114-e7477b";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requestMap.put("checkinId",checkinId);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log.info("测试根据发起签到记录查询签到结果接口返回值：{}",response);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{</w:t>
        <w:br/>
        <w:t xml:space="preserve">      "accountId": "1b448be323",</w:t>
        <w:br/>
        <w:t xml:space="preserve">      "param5": "",</w:t>
        <w:br/>
        <w:t xml:space="preserve">      "checkinid": "db14ef80-81b8-11eb-b114-e7477b",</w:t>
        <w:br/>
        <w:t xml:space="preserve">      "nickname": "卉",</w:t>
        <w:br/>
        <w:t xml:space="preserve">      "checked": "Y",</w:t>
        <w:br/>
        <w:t xml:space="preserve">      "indate": "2021-03-10",</w:t>
        <w:br/>
        <w:t xml:space="preserve">      "id": 48010860,</w:t>
        <w:br/>
        <w:t xml:space="preserve">      "sessionId": "",</w:t>
        <w:br/>
        <w:t xml:space="preserve">      "time": 1615391652916,</w:t>
        <w:br/>
        <w:t xml:space="preserve">      "param4": "oi_ubswUnFt8QQFAAEJbKmd8W9BE",</w:t>
        <w:br/>
        <w:t xml:space="preserve">      "userid": "ovtl9t_RxnrTdqkXqkT5Q5lnxp2A",</w:t>
        <w:br/>
        <w:t xml:space="preserve">      "roomid": "2191569"</w:t>
        <w:br/>
        <w:t xml:space="preserve">    }</w:t>
        <w:br/>
        <w:t xml:space="preserve">  ]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根据签到ID查询所有签到记录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