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查询频道答题卡结果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1、通过频道号，查询答题卡答题结果列表</w:t>
        <w:br/>
        <w:t>2、接口支持https协议</w:t>
        <w:br/>
        <w:t>3、参数场次号、查询时间同时存在多个时，按参数优先级从小到大，选其中一个参数作为查询条件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http://api.polyv.net/live/v3/channel/question/answer-records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场次号，优先级1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查询的开始时间，优先级2，格式是：yyyy-MM-dd，默认查最近7天数据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查询的结束时间，优先级2，格式是：yyyy-MM-dd，默认查最近7天数据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http://api.polyv.net/live/v3/channel/question/answer-records?endDate=&amp;appId=frlr1zazn3&amp;sign=D0163266BDD894AC11D310082B84F75C&amp;channelId=2191569&amp;startDate=&amp;timestamp=1621845243688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答题结果的列表数据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answer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题目的答案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第几次发送题目，用于区分相同题目重复发送的情况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答题卡发送时间，时间戳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答题卡关闭时间，时间戳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correctCount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回答正确的数量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interactStatus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直播场次互动操作状态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服务器时间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rightUser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String[]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答对用户列表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faultUser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String[]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答错用户列表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题目类型R：单选C：多选V：投票S：评分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itemType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答题类型1：问答0：答题卡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options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题目选项信息列表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option字段说明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答题的用户列表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record字段说明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option字段说明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选项标题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选择该选项的人数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percent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选择该选项的人数百分比</w:t>
            </w:r>
          </w:p>
        </w:tc>
      </w:tr>
    </w:tbl>
    <w:p>
      <w:pPr>
        <w:spacing w:after="40"/>
      </w:pPr>
    </w:p>
    <w:p>
      <w:pPr>
        <w:pStyle w:val="Heading3"/>
      </w:pPr>
      <w:r>
        <w:t>record字段说明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答题的用户id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答题的用户昵称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answer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答题的用户提交的答案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答题的用户头像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correct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答题的用户提交的答案是否正确false：不正确true：正确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submitTime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答题的用户提交时间，13位毫秒级时间戳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用户自定义字段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param5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用户自定义字段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LoggerFactory.getLogger(InteractionQuestionTest.class);</w:t>
        <w:br/>
        <w:t>/**</w:t>
        <w:br/>
        <w:t xml:space="preserve"> * 查询频道答题卡结果</w:t>
        <w:br/>
        <w:t xml:space="preserve"> * @throws IOException</w:t>
        <w:br/>
        <w:t xml:space="preserve"> */</w:t>
        <w:br/>
        <w:t>@Test</w:t>
        <w:br/>
        <w:t>public void testGetAnswerList() throws IOException,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timestamp = String.valueOf(System.currentTimeMillis());</w:t>
        <w:br/>
        <w:br/>
        <w:t xml:space="preserve">        //业务参数</w:t>
        <w:br/>
        <w:t xml:space="preserve">        String url = "https://api.polyv.net/live/v3/channel/question/answer-records";</w:t>
        <w:br/>
        <w:t xml:space="preserve">        String channelId = "2191569";</w:t>
        <w:br/>
        <w:t xml:space="preserve">        String startDate = "";</w:t>
        <w:br/>
        <w:t xml:space="preserve">        String endDate = "";</w:t>
        <w:br/>
        <w:br/>
        <w:t xml:space="preserve">        //http 调用逻辑</w:t>
        <w:br/>
        <w:t xml:space="preserve">        Map&lt;String,String&gt; requestMap = new HashMap&lt;&gt;();</w:t>
        <w:br/>
        <w:t xml:space="preserve">        requestMap.put("appId", appId);</w:t>
        <w:br/>
        <w:t xml:space="preserve">        requestMap.put("timestamp",timestamp);</w:t>
        <w:br/>
        <w:t xml:space="preserve">        requestMap.put("channelId",channelId);</w:t>
        <w:br/>
        <w:t xml:space="preserve">        requestMap.put("startDate",startDate);</w:t>
        <w:br/>
        <w:t xml:space="preserve">        requestMap.put("endDate",endDate);</w:t>
        <w:br/>
        <w:t xml:space="preserve">        requestMap.put("sign",LiveSignUtil.getSign(requestMap, appSecret));</w:t>
        <w:br/>
        <w:t xml:space="preserve">        String response = HttpUtil.get(url, requestMap);</w:t>
        <w:br/>
        <w:t xml:space="preserve">        log.info("测试查询频道答题卡结果接口返回值：{}",response);</w:t>
        <w:br/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"",</w:t>
        <w:br/>
        <w:t xml:space="preserve">  "data": [</w:t>
        <w:br/>
        <w:t xml:space="preserve">    {</w:t>
        <w:br/>
        <w:t xml:space="preserve">      "questionId": "fwly4r487r",</w:t>
        <w:br/>
        <w:t xml:space="preserve">      "answer": "AB",</w:t>
        <w:br/>
        <w:t xml:space="preserve">      "questionTitle": "快速问答",</w:t>
        <w:br/>
        <w:t xml:space="preserve">      "times": 1,</w:t>
        <w:br/>
        <w:t xml:space="preserve">      "sendTime": 1637308945000,</w:t>
        <w:br/>
        <w:t xml:space="preserve">      "endTime": 1637308954000,</w:t>
        <w:br/>
        <w:t xml:space="preserve">      "total": 2,</w:t>
        <w:br/>
        <w:t xml:space="preserve">      "correctCount": 0,</w:t>
        <w:br/>
        <w:t xml:space="preserve">      "interactStatus": null,</w:t>
        <w:br/>
        <w:t xml:space="preserve">      "options": [</w:t>
        <w:br/>
        <w:t xml:space="preserve">        {</w:t>
        <w:br/>
        <w:t xml:space="preserve">          "title": "A",</w:t>
        <w:br/>
        <w:t xml:space="preserve">          "count": 1,</w:t>
        <w:br/>
        <w:t xml:space="preserve">          "percent": "50.00%"</w:t>
        <w:br/>
        <w:t xml:space="preserve">        },</w:t>
        <w:br/>
        <w:t xml:space="preserve">        {</w:t>
        <w:br/>
        <w:t xml:space="preserve">          "title": "B",</w:t>
        <w:br/>
        <w:t xml:space="preserve">          "count": 1,</w:t>
        <w:br/>
        <w:t xml:space="preserve">          "percent": "50.00%"</w:t>
        <w:br/>
        <w:t xml:space="preserve">        }</w:t>
        <w:br/>
        <w:t xml:space="preserve">      ],</w:t>
        <w:br/>
        <w:t xml:space="preserve">      "records": [</w:t>
        <w:br/>
        <w:t xml:space="preserve">        {</w:t>
        <w:br/>
        <w:t xml:space="preserve">          "viewerId": "ovtl9t_RxnrTdqkXqkT5Q5lnxp2A",</w:t>
        <w:br/>
        <w:t xml:space="preserve">          "nickname": "卉",</w:t>
        <w:br/>
        <w:t xml:space="preserve">          "answer": "B",</w:t>
        <w:br/>
        <w:t xml:space="preserve">          "avatar": "https://thirdwx.qlogo.cn/mmopen/vi_32/3lMXVJoLMLJibnkFuA23lyqj5MOQufhW5ATvHuB8byssutficHKU0u7OMx5OQgg9WNVuHf44AXfbAMMAZejuYFTg/132",</w:t>
        <w:br/>
        <w:t xml:space="preserve">          "correct": false,</w:t>
        <w:br/>
        <w:t xml:space="preserve">          "submitTime": 1615394824000</w:t>
        <w:br/>
        <w:t xml:space="preserve">        },</w:t>
        <w:br/>
        <w:t xml:space="preserve">        {</w:t>
        <w:br/>
        <w:t xml:space="preserve">          "viewerId": "1615394262720",</w:t>
        <w:br/>
        <w:t xml:space="preserve">          "nickname": "周鑫",</w:t>
        <w:br/>
        <w:t xml:space="preserve">          "answer": "A",</w:t>
        <w:br/>
        <w:t xml:space="preserve">          "avatar": "https://liveimages.videocc.net/defaultImg/avatar/viewer.png",</w:t>
        <w:br/>
        <w:t xml:space="preserve">          "correct": false,</w:t>
        <w:br/>
        <w:t xml:space="preserve">          "submitTime": 1615394833000</w:t>
        <w:br/>
        <w:t xml:space="preserve">        }</w:t>
        <w:br/>
        <w:t xml:space="preserve">      ],</w:t>
        <w:br/>
        <w:t xml:space="preserve">      "timestamp": null,</w:t>
        <w:br/>
        <w:t xml:space="preserve">      "rightUser": [ ],</w:t>
        <w:br/>
        <w:t xml:space="preserve">      "faultUser": [ ],</w:t>
        <w:br/>
        <w:t xml:space="preserve">      "type": "R",</w:t>
        <w:br/>
        <w:t xml:space="preserve">      "itemType": 1</w:t>
        <w:br/>
        <w:t xml:space="preserve">    },</w:t>
        <w:br/>
        <w:t xml:space="preserve">    {</w:t>
        <w:br/>
        <w:t xml:space="preserve">      "questionId": "fwlx0ahwe9",</w:t>
        <w:br/>
        <w:t xml:space="preserve">      "answer": "AB",</w:t>
        <w:br/>
        <w:t xml:space="preserve">      "questionTitle": "快速问答",</w:t>
        <w:br/>
        <w:t xml:space="preserve">      "times": 1,</w:t>
        <w:br/>
        <w:t xml:space="preserve">      "sendTime": 1637308945000,</w:t>
        <w:br/>
        <w:t xml:space="preserve">      "endTime": 1637308954000,</w:t>
        <w:br/>
        <w:t xml:space="preserve">      "total": 3,</w:t>
        <w:br/>
        <w:t xml:space="preserve">      "correctCount": 0,</w:t>
        <w:br/>
        <w:t xml:space="preserve">      "interactStatus": null,</w:t>
        <w:br/>
        <w:t xml:space="preserve">      "options": [</w:t>
        <w:br/>
        <w:t xml:space="preserve">        {</w:t>
        <w:br/>
        <w:t xml:space="preserve">          "title": "A",</w:t>
        <w:br/>
        <w:t xml:space="preserve">          "count": 1,</w:t>
        <w:br/>
        <w:t xml:space="preserve">          "percent": "33.00%"</w:t>
        <w:br/>
        <w:t xml:space="preserve">        },</w:t>
        <w:br/>
        <w:t xml:space="preserve">        {</w:t>
        <w:br/>
        <w:t xml:space="preserve">          "title": "B",</w:t>
        <w:br/>
        <w:t xml:space="preserve">          "count": 2,</w:t>
        <w:br/>
        <w:t xml:space="preserve">          "percent": "67.00%"</w:t>
        <w:br/>
        <w:t xml:space="preserve">        }</w:t>
        <w:br/>
        <w:t xml:space="preserve">      ],</w:t>
        <w:br/>
        <w:t xml:space="preserve">      "records": [</w:t>
        <w:br/>
        <w:t xml:space="preserve">        {</w:t>
        <w:br/>
        <w:t xml:space="preserve">          "viewerId": "1615394262720",</w:t>
        <w:br/>
        <w:t xml:space="preserve">          "nickname": "上海观众/10812",</w:t>
        <w:br/>
        <w:t xml:space="preserve">          "answer": "A",</w:t>
        <w:br/>
        <w:t xml:space="preserve">          "avatar": "https://liveimages.videocc.net/defaultImg/avatar/viewer.png",</w:t>
        <w:br/>
        <w:t xml:space="preserve">          "correct": false,</w:t>
        <w:br/>
        <w:t xml:space="preserve">          "submitTime": 1615394304000</w:t>
        <w:br/>
        <w:t xml:space="preserve">        },</w:t>
        <w:br/>
        <w:t xml:space="preserve">        {</w:t>
        <w:br/>
        <w:t xml:space="preserve">          "viewerId": "ovtl9tyK6dqob_cgewjRnQ1tSB4U",</w:t>
        <w:br/>
        <w:t xml:space="preserve">          "nickname": "周鑫",</w:t>
        <w:br/>
        <w:t xml:space="preserve">          "answer": "B",</w:t>
        <w:br/>
        <w:t xml:space="preserve">          "avatar": "https://thirdwx.qlogo.cn/mmopen/vi_32/DYAIOgq83epTUL7QR3hCkMDQOrBk7vcxZibiahB9SnPk6oUiadmZyOCxIOQiciajE4U2Xf78kpLnicCbzAnr1aMUWotA/132",</w:t>
        <w:br/>
        <w:t xml:space="preserve">          "correct": false,</w:t>
        <w:br/>
        <w:t xml:space="preserve">          "submitTime": 1615392378000</w:t>
        <w:br/>
        <w:t xml:space="preserve">        },</w:t>
        <w:br/>
        <w:t xml:space="preserve">        {</w:t>
        <w:br/>
        <w:t xml:space="preserve">          "viewerId": "ovtl9t_RxnrTdqkXqkT5Q5lnxp2A",</w:t>
        <w:br/>
        <w:t xml:space="preserve">          "nickname": "卉",</w:t>
        <w:br/>
        <w:t xml:space="preserve">          "answer": "B",</w:t>
        <w:br/>
        <w:t xml:space="preserve">          "avatar": "https://thirdwx.qlogo.cn/mmopen/vi_32/3lMXVJoLMLJibnkFuA23lyqj5MOQufhW5ATvHuB8byssutficHKU0u7OMx5OQgg9WNVuHf44AXfbAMMAZejuYFTg/132",</w:t>
        <w:br/>
        <w:t xml:space="preserve">          "correct": false,</w:t>
        <w:br/>
        <w:t xml:space="preserve">          "submitTime": 1615392461000</w:t>
        <w:br/>
        <w:t xml:space="preserve">        }</w:t>
        <w:br/>
        <w:t xml:space="preserve">      ],</w:t>
        <w:br/>
        <w:t xml:space="preserve">      "timestamp": null,</w:t>
        <w:br/>
        <w:t xml:space="preserve">      "rightUser": [ ],</w:t>
        <w:br/>
        <w:t xml:space="preserve">      "faultUser": [ ],</w:t>
        <w:br/>
        <w:t xml:space="preserve">      "type": "R",</w:t>
        <w:br/>
        <w:t xml:space="preserve">      "itemType": 1</w:t>
        <w:br/>
        <w:t xml:space="preserve">    }</w:t>
        <w:br/>
        <w:t xml:space="preserve">  ]</w:t>
        <w:br/>
        <w:t>}</w:t>
        <w:br/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"invalid signature.",</w:t>
        <w:br/>
        <w:t xml:space="preserve">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查询频道答题卡结果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