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删除频道答题卡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1、删除频道答题卡信息</w:t>
        <w:br/>
        <w:t>2、接口支持https协议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http://api.polyv.net/live/v3/channel/interact/question/delete-question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在线API调用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POST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账号appId【详见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获取密钥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questionId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答题卡ID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http://api.polyv.net/live/v3/channel/interact/question/delete-question?channelId=4760542&amp;questionId=gv0kxfw2wl&amp;timestamp=1712461699000&amp;appId=fso8gzbxlr&amp;sign=0F4F26E9ED7A4D682C9998C5D5F83D97</w:t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响应状态码，200为成功返回，非200为失败【详见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全局错误说明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响应状态文本信息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message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响应描述信息，当code为400或者500的时候，辅助描述错误原因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响应信息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LiveSignUtil.java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强烈建议您使用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直播Java SDK</w:t>
      </w:r>
      <w:r>
        <w:rPr>
          <w:rFonts w:ascii="Source Han Sans SC" w:hAnsi="Source Han Sans SC" w:eastAsia="Source Han Sans SC" w:cs="Source Han Sans SC" w:hint="eastAsia"/>
          <w:sz w:val="20"/>
        </w:rPr>
        <w:t>完成API的功能对接，直播Java SDK 对API调用逻辑、异常处理、数据签名、HTTP请求线程池进行了统一封装和优化。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private static final Logger log = LoggerFactory.getLogger(LiveInteractionTest.class);</w:t>
        <w:br/>
        <w:br/>
        <w:t>/**</w:t>
        <w:br/>
        <w:t xml:space="preserve"> * 删除频道答题卡</w:t>
        <w:br/>
        <w:t xml:space="preserve"> * @throws IOException</w:t>
        <w:br/>
        <w:t xml:space="preserve"> */</w:t>
        <w:br/>
        <w:t>@Test</w:t>
        <w:br/>
        <w:t>public void testDeleteQuestion() throws IOException, NoSuchAlgorithmException {</w:t>
        <w:br/>
        <w:t xml:space="preserve">    //公共参数,填写自己的实际参数</w:t>
        <w:br/>
        <w:t xml:space="preserve">    String appId=super.appId;</w:t>
        <w:br/>
        <w:t xml:space="preserve">    String appSecret=super.appSecret;</w:t>
        <w:br/>
        <w:t xml:space="preserve">    String timestamp=String.valueOf(System.currentTimeMillis());</w:t>
        <w:br/>
        <w:t xml:space="preserve">    //业务参数</w:t>
        <w:br/>
        <w:t xml:space="preserve">    String channelId = "4760542";</w:t>
        <w:br/>
        <w:t xml:space="preserve">    String url = "https://api.polyv.net/live/v3/channel/interact/question/delete-question";</w:t>
        <w:br/>
        <w:br/>
        <w:t xml:space="preserve">    //http 调用逻辑</w:t>
        <w:br/>
        <w:t xml:space="preserve">    Map&lt;String,String&gt; requestMap = new HashMap&lt;&gt;();</w:t>
        <w:br/>
        <w:t xml:space="preserve">    requestMap.put("appId", appId);</w:t>
        <w:br/>
        <w:t xml:space="preserve">    requestMap.put("timestamp",timestamp);</w:t>
        <w:br/>
        <w:t xml:space="preserve">    requestMap.put("channelId",channelId);</w:t>
        <w:br/>
        <w:t xml:space="preserve">    requestMap.put("questionId", "gv0kxfw2wl");</w:t>
        <w:br/>
        <w:t xml:space="preserve">    requestMap.put("sign", LiveSignUtil.getSign(requestMap, appSecret));</w:t>
        <w:br/>
        <w:t xml:space="preserve">    String response = HttpUtil.postFormBody(url, requestMap);</w:t>
        <w:br/>
        <w:t xml:space="preserve">    log.info("测试频道答题卡删除接口返回值：{}",response);</w:t>
        <w:br/>
        <w:t xml:space="preserve">    //do somethings</w:t>
        <w:br/>
        <w:t>}</w:t>
        <w:br/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ab/>
        <w:t>"code": 200,</w:t>
        <w:br/>
        <w:tab/>
        <w:t>"status": "success",</w:t>
        <w:br/>
        <w:tab/>
        <w:t>"message": "",</w:t>
        <w:br/>
        <w:tab/>
        <w:t>"data": ""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"message": "invalid signature.",</w:t>
        <w:br/>
        <w:t xml:space="preserve">    "data": ""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删除频道答题卡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