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新增信息采集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1、创建一个新的信息采集配置（表单），可用于报名、登记、福袋领奖等场景收集观众信息</w:t>
        <w:br/>
        <w:t>2、字段与管理后台信息采集配置保持一致</w:t>
        <w:br/>
        <w:t>3、请求体参数不参与签名，签名仅使用URL参数（appId、timestamp）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http://api.polyv.net/live/v4/user/info-collection/form/create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2、请设置请求头 contentType:application/json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请求体为JSON对象，字段如下：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信息采集名称，最长100字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privacyForceCheckEnabled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是否强制勾选隐私协议Y：是N：否（默认）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采集字段定义列表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fields字段说明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隐私声明列表，最多5个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privacyList字段说明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fields字段说明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字段类型mobile：手机号name：姓名radio：单选checkbox：多选textarea：问答email：邮箱text：文本框number：纯数字文本框area：地域upload：上传图片tips：提示privacy：隐私声明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字段名称，最长100字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排序号，从小到大排列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是否必填Y：必填N：非必填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选项值，单选/多选类型使用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占位提示文案，最长255字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smsCheckEnabled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是否开启短信验证（手机号类型）Y：开启N：关闭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areaCodeEnabled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是否开启区号（手机号类型）Y：开启N：关闭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chatNicknameEnabled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是否同步为聊天室昵称Y：开启N：关闭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uploadMaxCount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最大上传图片数量，仅upload类型使用，取值1/2/3</w:t>
            </w:r>
          </w:p>
        </w:tc>
      </w:tr>
    </w:tbl>
    <w:p>
      <w:pPr>
        <w:spacing w:after="40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fieldKey 新建时无需传入，由服务端自动生成；编辑时须原样回传。</w:t>
      </w:r>
    </w:p>
    <w:p>
      <w:pPr>
        <w:pStyle w:val="Heading3"/>
      </w:pPr>
      <w:r>
        <w:t>privacyList字段说明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标题，最长200字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链接地址，最长500字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http://api.polyv.net/live/v4/user/info-collection/form/create?appId=xxx&amp;sign=xxx&amp;timestamp=xxx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"formName": "问卷调研",</w:t>
        <w:br/>
        <w:t xml:space="preserve">    "privacyForceCheckEnabled": "N",</w:t>
        <w:br/>
        <w:t xml:space="preserve">    "fields": [</w:t>
        <w:br/>
        <w:t xml:space="preserve">        {</w:t>
        <w:br/>
        <w:t xml:space="preserve">            "fieldType": "name",</w:t>
        <w:br/>
        <w:t xml:space="preserve">            "fieldName": "姓名",</w:t>
        <w:br/>
        <w:t xml:space="preserve">            "rank": 1,</w:t>
        <w:br/>
        <w:t xml:space="preserve">            "required": "Y",</w:t>
        <w:br/>
        <w:t xml:space="preserve">            "placeholder": "请输入姓名"</w:t>
        <w:br/>
        <w:t xml:space="preserve">        },</w:t>
        <w:br/>
        <w:t xml:space="preserve">        {</w:t>
        <w:br/>
        <w:t xml:space="preserve">            "fieldType": "mobile",</w:t>
        <w:br/>
        <w:t xml:space="preserve">            "fieldName": "手机号",</w:t>
        <w:br/>
        <w:t xml:space="preserve">            "rank": 2,</w:t>
        <w:br/>
        <w:t xml:space="preserve">            "required": "Y",</w:t>
        <w:br/>
        <w:t xml:space="preserve">            "smsCheckEnabled": "N",</w:t>
        <w:br/>
        <w:t xml:space="preserve">            "areaCodeEnabled": "N"</w:t>
        <w:br/>
        <w:t xml:space="preserve">        }</w:t>
        <w:br/>
        <w:t xml:space="preserve">    ],</w:t>
        <w:br/>
        <w:t xml:space="preserve">    "privacyList": []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成功返回新建的表单ID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新增信息采集</w:t>
        <w:br/>
        <w:t xml:space="preserve"> * @throws IOException</w:t>
        <w:br/>
        <w:t xml:space="preserve"> */</w:t>
        <w:br/>
        <w:t>@Test</w:t>
        <w:br/>
        <w:t>public void testCreateInfoCollection()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"http://api.polyv.net/live/v4/user/info-collection/form/create";</w:t>
        <w:br/>
        <w:br/>
        <w:t xml:space="preserve">    //签名仅使用URL参数,请求体不参与签名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requestMap.put("sign",LiveSignUtil.getSign(requestMap, appSecret));</w:t>
        <w:br/>
        <w:br/>
        <w:t xml:space="preserve">    String json = "{\"formName\":\"问卷调研\",\"privacyForceCheckEnabled\":\"N\",\"fields\":[{\"fieldType\":\"name\",\"fieldName\":\"姓名\",\"rank\":1,\"required\":\"Y\"},{\"fieldType\":\"mobile\",\"fieldName\":\"手机号\",\"rank\":2,\"required\":\"Y\"}],\"privacyList\":[]}";</w:t>
        <w:br/>
        <w:t xml:space="preserve">    url = HttpUtil.appendUrl(url, requestMap);</w:t>
        <w:br/>
        <w:t xml:space="preserve">    String response = HttpUtil.postJsonBody(url, json, null);</w:t>
        <w:br/>
        <w:br/>
        <w:t xml:space="preserve">    log.info("测试新增信息采集接口返回值：{}",response);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52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新增信息采集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