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提交中奖信息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1、提交中奖者填写的信息</w:t>
        <w:br/>
        <w:t>2、只能成功保存一次观众中奖信息</w:t>
        <w:br/>
        <w:t>3、中奖信息需在7天内提交保存，否则会失效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http://api.polyv.net/live/v3/channel/chat/add-receive-info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查询频道中奖记录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中奖者姓名，如果传姓名，必须传中奖者手机号码，receiveInfo字段不需要传（无效）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中奖者手机号码，如果传手机号，必须传中奖者姓名，receiveInfo字段不需要传（无效）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自定义字段数据，数据类型为JSON数组</w:t>
            </w:r>
            <w:r>
              <w:rPr>
                <w:rFonts w:ascii="Menlo" w:hAnsi="Menlo"/>
                <w:color w:val="444444"/>
                <w:sz w:val="17"/>
              </w:rPr>
              <w:t>[{"field":"姓名","value":"测试"},{"field":"手机","value":"13412345678"}]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field：字段名称value：字段值，如果传这个参数，name和telephone字段不需要传（无效）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http://api.polyv.net/live/v3/channel/chat/add-receive-info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viewerId=1615539698424&amp;appId=frlr1zazn3&amp;name=%E8%82%96&amp;sign=32109698B5CBDF3C833147510533AF6B&amp;telephone=18569550173&amp;channelId=2191532&amp;timestamp=1621843931950&amp;lotteryId=fwnsn85wp7&amp;winnerCode=XQaWEeJS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成功返回"保存成功"，失败返回空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提交中奖信息</w:t>
        <w:br/>
        <w:t xml:space="preserve"> * @throws IOException</w:t>
        <w:br/>
        <w:t xml:space="preserve"> */</w:t>
        <w:br/>
        <w:t>@Test</w:t>
        <w:br/>
        <w:t>public void testAddReceiveInfo()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"2191532";</w:t>
        <w:br/>
        <w:t xml:space="preserve">    String lotteryId = "fwnsn85wp7";</w:t>
        <w:br/>
        <w:t xml:space="preserve">    String viewerId = "1615539698424";</w:t>
        <w:br/>
        <w:t xml:space="preserve">    String winnerCode = "XQaWEeJS";</w:t>
        <w:br/>
        <w:t xml:space="preserve">    String name = "xiao123";</w:t>
        <w:br/>
        <w:t xml:space="preserve">    String telephone = "18569550173";</w:t>
        <w:br/>
        <w:t xml:space="preserve">    String url = "http://api.polyv.net/live/v3/channel/chat/add-receive-info";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requestMap.put("viewerId",viewerId);</w:t>
        <w:br/>
        <w:t xml:space="preserve">    requestMap.put("lotteryId",lotteryId);</w:t>
        <w:br/>
        <w:t xml:space="preserve">    requestMap.put("name",name);</w:t>
        <w:br/>
        <w:t xml:space="preserve">    requestMap.put("telephone",telephone);</w:t>
        <w:br/>
        <w:t xml:space="preserve">    requestMap.put("winnerCode",winnerCode);</w:t>
        <w:br/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log.info("测试提交中奖信息接口返回值：{}",response);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"保存成功"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提交中奖信息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