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新增或修改频道问卷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1、编辑或添加问卷信息，为全量增加或修改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http://api.polyv.net/live/v3/channel/questionnaire/add-edit-questionnaire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题目数组 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问卷id,修改问卷时需要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customQuestionnaireId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客户自定义问卷id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autoPublishTime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问卷定时自动发布时间（时间格式为"yyyy-MM-dd HH:mm"；需大于当前时间1分钟以上；当autoEndTime传递时，autoPublishTime必传）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问卷定时自动结束时间 （时间格式为"yyyy-MM-dd HH:mm"；需大于autoPublishTime，当autoPublishTime必传传递时，autoEndTime必传）</w:t>
            </w:r>
          </w:p>
        </w:tc>
      </w:tr>
    </w:tbl>
    <w:p>
      <w:pPr>
        <w:spacing w:after="40"/>
      </w:pPr>
    </w:p>
    <w:p>
      <w:pPr>
        <w:pStyle w:val="Heading2"/>
      </w:pPr>
      <w:r>
        <w:t>questions字段说明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题目id，修改问卷时需要传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题目类型R：单选C：多选Q：问答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题目是否需要评分Y：需要N：不需要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需要评分的选择题才有答案，填入对应选项序号，如：A或AB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题目是否为必答Y：必答N：非必答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题目为单选题或多选题为必填，选项数组下标0-9对应答案A-J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https://api.polyv.net/live/v3/channel/questionnaire/add-edit-questionnaire?appId=frlr1zazn3&amp;sign=439CDA1327558DFCF947F305D03AFA92&amp;channelId=1965681&amp;timestamp=1621843779393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"questionnaireId": "fwnf2sbpf5",</w:t>
        <w:br/>
        <w:tab/>
        <w:t>"customQuestionnaireId": "6a3ff44289f94a5fb1dd8341ac1c0100",</w:t>
        <w:br/>
        <w:tab/>
        <w:t>"questionnaireTitle": "这里是问卷标题",</w:t>
        <w:br/>
        <w:tab/>
        <w:t>"questions": [{</w:t>
        <w:br/>
        <w:tab/>
        <w:tab/>
        <w:t>"questionId": "feqfr13ftz",</w:t>
        <w:br/>
        <w:tab/>
        <w:tab/>
        <w:t>"name": "题目名称qwe",</w:t>
        <w:br/>
        <w:tab/>
        <w:tab/>
        <w:t>"type": "R",</w:t>
        <w:br/>
        <w:tab/>
        <w:tab/>
        <w:t>"answer": "A",</w:t>
        <w:br/>
        <w:tab/>
        <w:tab/>
        <w:t>"scoreEnabled": "Y",</w:t>
        <w:br/>
        <w:tab/>
        <w:tab/>
        <w:t>"score": 10,</w:t>
        <w:br/>
        <w:tab/>
        <w:tab/>
        <w:t>"required": "Y",</w:t>
        <w:br/>
        <w:tab/>
        <w:tab/>
        <w:t>"options": ["选项1", "选项2", "选项3"]</w:t>
        <w:br/>
        <w:tab/>
        <w:t>}]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成功响应时为问卷基本信息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题目数组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问卷标题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br/>
        <w:t>/**</w:t>
        <w:br/>
        <w:t xml:space="preserve"> * 设修改频道问卷</w:t>
        <w:br/>
        <w:t xml:space="preserve"> * @throws IOException</w:t>
        <w:br/>
        <w:t xml:space="preserve"> */</w:t>
        <w:br/>
        <w:t>@Test</w:t>
        <w:br/>
        <w:t>public void testAddEditQuestionnaire()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"1965681";</w:t>
        <w:br/>
        <w:t xml:space="preserve">    String temp = "https://api.polyv.net/live/v3/channel/questionnaire/add-edit-questionnaire";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br/>
        <w:t xml:space="preserve">    String body = "{\"questionnaireId\":\"fwnf2sbpf5\",\"customQuestionnaireId\":\"6a3ff44289f94a5fb1dd8341ac1c0100\",\"questionnaireTitle\":\"这里是问卷标题\",\"questions\":[{\"questionId\":\"feqfr13ftz\",\"name\":\"题目名称qwe\",\"type\":\"R\",\"answer\":\"A\",\"scoreEnabled\":\"Y\",\"score\":10,\"required\":\"Y\",\"options\":[\"选项1\",\"选项2\",\"选项3\"]}]}";</w:t>
        <w:br/>
        <w:t xml:space="preserve">    requestMap.put("sign",LiveSignUtil.getSign(requestMap, appSecret));</w:t>
        <w:br/>
        <w:t xml:space="preserve">    String url = HttpUtil.appendUrl(temp,requestMap);</w:t>
        <w:br/>
        <w:t xml:space="preserve">    String response = HttpUtil.postJsonBody(url, body, null);</w:t>
        <w:br/>
        <w:t xml:space="preserve">    log.info("测试修改频道问卷接口返回值：{}",response);</w:t>
        <w:br/>
        <w:t xml:space="preserve">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{</w:t>
        <w:br/>
        <w:tab/>
        <w:tab/>
        <w:t>"questionnaireId": "fwnf2sbpf5",</w:t>
        <w:br/>
        <w:tab/>
        <w:tab/>
        <w:t>"questionIds": ["feqfr13ftz"],</w:t>
        <w:br/>
        <w:tab/>
        <w:tab/>
        <w:t>"questionnaireTitle": "这里是问卷标题"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新增或修改频道问卷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