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新增或修改频道答题卡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1、编辑或添加答题卡信息，为全量增加或修改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http://api.polyv.net/live/v3/channel/interact/question/add-edit-question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questionId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答题卡ID,修改答题卡时必填，不填则新增答题卡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类型：R单选, C多选, S评分, V投票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answer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正确答案, 类型为R单选和C多选时必填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答题卡名称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itemType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类型: 0答题卡, 1问答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option1 - option15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单选和多选最多15个选项A-O, 评分和投票类型最多只有5个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tips1 - tips5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提示信息，评分类型填写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http://api.polyv.net/live/v3/channel/interact/question/add-edit-question?channelId=4760542&amp;timestamp=1712459358000&amp;appId=fso8gzbxlr&amp;sign=8DDBE14CB35620C42F8F467FFDE048DF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成功响应时为答题卡ID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新增修改频道答题卡</w:t>
        <w:br/>
        <w:t xml:space="preserve"> * @throws IOException</w:t>
        <w:br/>
        <w:t xml:space="preserve"> */</w:t>
        <w:br/>
        <w:t>@Test</w:t>
        <w:br/>
        <w:t>public void testAddEditQuestion()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timestamp=String.valueOf(System.currentTimeMillis());</w:t>
        <w:br/>
        <w:t xml:space="preserve">    //业务参数</w:t>
        <w:br/>
        <w:t xml:space="preserve">    String channelId = "4760542";</w:t>
        <w:br/>
        <w:t xml:space="preserve">    String url = "https://api.polyv.net/live/v3/channel/interact/question/add-edit-question";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requestMap.put("type", "R");</w:t>
        <w:br/>
        <w:t xml:space="preserve">    requestMap.put("answer", "A");</w:t>
        <w:br/>
        <w:t xml:space="preserve">    requestMap.put("name", "test");</w:t>
        <w:br/>
        <w:t xml:space="preserve">    requestMap.put("itemType", "0");</w:t>
        <w:br/>
        <w:t xml:space="preserve">    requestMap.put("option1", "正确");</w:t>
        <w:br/>
        <w:t xml:space="preserve">    requestMap.put("option2", "错误");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log.info("测试频道答题卡新增修改接口返回值：{}",response);</w:t>
        <w:br/>
        <w:t xml:space="preserve">    //do somethings</w:t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"gv0l1fu5ox"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新增或修改频道答题卡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