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分配直播分钟数接口-集团账号1.0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1、接口用于分配直播的分钟数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http://api.polyv.net/v2/group/live/set-durations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分配给的账号邮箱地址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分配的类型，add：新增,recover:回收 默认为add新增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分配的分钟数,大于0的整数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//引用config-group.php</w:t>
        <w:br/>
        <w:t>include 'config-group.php';</w:t>
        <w:br/>
        <w:br/>
        <w:t>$params = array(</w:t>
        <w:br/>
        <w:t xml:space="preserve">  'appId' =&gt; $appId,</w:t>
        <w:br/>
        <w:t xml:space="preserve">  'email' =&gt; $email,</w:t>
        <w:br/>
        <w:t xml:space="preserve">  'type' =&gt; $type,</w:t>
        <w:br/>
        <w:t xml:space="preserve">  'durations' =&gt; $durations,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"https://api.polyv.net/v2/group/live/set-durations?".http_build_query($params);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"已超过账号可使用上限",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分配直播分钟数接口-集团账号1.0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