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查询分账号的分配记录-集团账号1.0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1、查询集团账号给分账号的分配记录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http://api.polyv.net/v2/group/account/list-allocate-log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集团主账号appId【详见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集团账号2.0获取密钥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emails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分帐号邮箱，多个以英文逗号分隔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查询的分配记录类型，all包括点播和直播, live-直播, vod-点播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查询记录的开始时间，格式为yyyy-MM-dd HH:mm:ss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查询记录的结束时间，格式为yyyy-MM-dd HH:mm:ss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请求的页面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页面大小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Content参数描述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email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分帐号邮箱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分配记录时间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来源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来源描述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space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增加的点播空间，单位字节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增加的点播流量，单位字节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频道分配值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concurrences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并发分配值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分钟数分配值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t>//引用config-group.php</w:t>
        <w:br/>
        <w:t>include 'config-group.php';</w:t>
        <w:br/>
        <w:br/>
        <w:t>$params = array(</w:t>
        <w:br/>
        <w:t xml:space="preserve">  'appId' =&gt; $appId,</w:t>
        <w:br/>
        <w:t xml:space="preserve">  'timestamp' =&gt; $timestamp,</w:t>
        <w:br/>
        <w:t xml:space="preserve">  'sign' =&gt; $sign,</w:t>
        <w:br/>
        <w:t xml:space="preserve">  'emails' =&gt; 'testdata@polyv.com'</w:t>
        <w:br/>
        <w:t>);</w:t>
        <w:br/>
        <w:br/>
        <w:t>//生成sign</w:t>
        <w:br/>
        <w:t>$sign = getSign($params); //详细查看config.php文件的getSign方法</w:t>
        <w:br/>
        <w:t>$params['sign'] = $sign;</w:t>
        <w:br/>
        <w:br/>
        <w:t>$url = "https://api.polyv.net/v2/group/account/list-allocate-log?".http_build_query($params);</w:t>
        <w:br/>
        <w:br/>
        <w:t>$curl = curl_init();</w:t>
        <w:br/>
        <w:t>curl_setopt($curl, CURLOPT_RETURNTRANSFER, true);</w:t>
        <w:br/>
        <w:t>curl_setopt($curl, CURLOPT_TIMEOUT, 500);</w:t>
        <w:br/>
        <w:t>curl_setopt($curl, CURLOPT_URL, $url);</w:t>
        <w:br/>
        <w:t>curl_setopt($curl, CURLOPT_POST, 0);</w:t>
        <w:br/>
        <w:t>$res = curl_exec($curl);</w:t>
        <w:br/>
        <w:t>curl_close($curl);</w:t>
        <w:br/>
        <w:br/>
        <w:t>echo $res;</w:t>
        <w:br/>
        <w:t>?&gt;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"success",</w:t>
        <w:br/>
        <w:t xml:space="preserve">    "data": {</w:t>
        <w:br/>
        <w:t xml:space="preserve">        "pageNumber": 1,</w:t>
        <w:br/>
        <w:t xml:space="preserve">        "totalPages": 11,</w:t>
        <w:br/>
        <w:t xml:space="preserve">        "pageSize": 1,</w:t>
        <w:br/>
        <w:t xml:space="preserve">        "contents": [</w:t>
        <w:br/>
        <w:t xml:space="preserve">            {</w:t>
        <w:br/>
        <w:t xml:space="preserve">                "email": "testdata@polyv.com",</w:t>
        <w:br/>
        <w:t xml:space="preserve">                "date": "2019-11-18 18:21:38",</w:t>
        <w:br/>
        <w:t xml:space="preserve">                "origin": "ADD_CONCURRENCES",</w:t>
        <w:br/>
        <w:t xml:space="preserve">                "originText": "添加并发数",</w:t>
        <w:br/>
        <w:t xml:space="preserve">                "space": null,</w:t>
        <w:br/>
        <w:t xml:space="preserve">                "flow": null,</w:t>
        <w:br/>
        <w:t xml:space="preserve">                "channels": null,</w:t>
        <w:br/>
        <w:t xml:space="preserve">                "concurrences": 970,</w:t>
        <w:br/>
        <w:t xml:space="preserve">                "duration": null</w:t>
        <w:br/>
        <w:t xml:space="preserve">            }</w:t>
        <w:br/>
        <w:t xml:space="preserve">        ],</w:t>
        <w:br/>
        <w:t xml:space="preserve">        "totalItems": 11</w:t>
        <w:br/>
        <w:t xml:space="preserve">    }</w:t>
        <w:br/>
        <w:t>}</w:t>
        <w:br/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查询分账号的分配记录-集团账号1.0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