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getChatToken</w:t>
      </w:r>
    </w:p>
    <w:p>
      <w:pPr>
        <w:pStyle w:val="Heading2"/>
      </w:pPr>
      <w:r>
        <w:t>一、userId、appId、appSecret值的获取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56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94c5191af11857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56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在直播管理后台，点击开发设置，在显示的页面中获取userId、appId、appSecret值。</w:t>
      </w:r>
    </w:p>
    <w:p>
      <w:pPr>
        <w:pStyle w:val="Heading2"/>
      </w:pPr>
      <w:r>
        <w:t>二、sign生成规则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将请求所需所有参数按照参数名字典顺序排列，连接参数名与参数值,并在首尾加上appSecret，然后计算MD5，将MD5结果转为16进制、大写字母，作为sign。</w:t>
      </w:r>
    </w:p>
    <w:p>
      <w:pPr>
        <w:pStyle w:val="Heading2"/>
      </w:pPr>
      <w:r>
        <w:t>三、Java sign生成示例 （详细请查看：[JAVA调用直播接口详述](/live/api/buildSign)）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String appId = "XXXXXXXX";</w:t>
        <w:br/>
        <w:t>String userId = "XXXXXXXX";</w:t>
        <w:br/>
        <w:t>String appSecret = "XXXXXXXXXXXXXXXXXXXXXXXX";</w:t>
        <w:br/>
        <w:br/>
        <w:t>long ts = System.currentTimeMillis();</w:t>
        <w:br/>
        <w:t>// 创建参数表 （创建接口需要传递的所有参数表）</w:t>
        <w:br/>
        <w:t>Map&lt;String, String&gt; paramMap = new HashMap&lt;String, String&gt;();</w:t>
        <w:br/>
        <w:t>paramMap.put("appId", appId);</w:t>
        <w:br/>
        <w:t>paramMap.put("timestamp", Long.toString(ts));</w:t>
        <w:br/>
        <w:br/>
        <w:t>//对参数名进行字典排序</w:t>
        <w:br/>
        <w:t>String[] keyArray = paramMap.keySet().toArray(new String[0]);</w:t>
        <w:br/>
        <w:t>Arrays.sort(keyArray);</w:t>
        <w:br/>
        <w:br/>
        <w:t>//拼接有序的参数串</w:t>
        <w:br/>
        <w:t>StringBuilder stringBuilder = new StringBuilder();</w:t>
        <w:br/>
        <w:t>stringBuilder.append(appSecret);</w:t>
        <w:br/>
        <w:t>for (String key : keyArray) {</w:t>
        <w:br/>
        <w:t xml:space="preserve">    stringBuilder.append(key).append(paramMap.get(key));</w:t>
        <w:br/>
        <w:t>}</w:t>
        <w:br/>
        <w:br/>
        <w:t>stringBuilder.append(appSecret);</w:t>
        <w:br/>
        <w:t>String signSource = stringBuilder.toString();</w:t>
        <w:br/>
        <w:br/>
        <w:t>String sign = org.apache.commons.codec.digest.DigestUtils.md5Hex(signSource).toUpperCase();</w:t>
        <w:br/>
        <w:t>System.out.println("http://api.polyv.net/live/v1/users/" + userId + "/channels?appId=" + appId + "&amp;timestamp=" + ts + "&amp;sign=" + sign);</w:t>
        <w:br/>
        <w:br/>
        <w:t>Copy</w:t>
      </w:r>
    </w:p>
    <w:p>
      <w:pPr>
        <w:pStyle w:val="Heading2"/>
      </w:pPr>
      <w:r>
        <w:t>四、PHP sign生成示例</w:t>
      </w:r>
    </w:p>
    <w:p>
      <w:pPr>
        <w:pStyle w:val="Heading3"/>
      </w:pPr>
      <w:r>
        <w:t>1、config.php文件代码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//签名验证必需参数</w:t>
        <w:br/>
        <w:t>$appId = "XXXXXXXXX";</w:t>
        <w:br/>
        <w:t>$timestamp = time()*1000;</w:t>
        <w:br/>
        <w:t>$appSecret = "XXXXXXXXXXXXXXXXXXXXXXXXXXXXXXXX";</w:t>
        <w:br/>
        <w:br/>
        <w:t>//获取sign函数</w:t>
        <w:br/>
        <w:t>function getSign($params){</w:t>
        <w:br/>
        <w:t xml:space="preserve">    global $appSecret;</w:t>
        <w:br/>
        <w:t xml:space="preserve">    // 1. 对加密数组进行字典排序</w:t>
        <w:br/>
        <w:t xml:space="preserve">    foreach ($params as $key=&gt;$value){</w:t>
        <w:br/>
        <w:t xml:space="preserve">     $arr[$key] = $key;</w:t>
        <w:br/>
        <w:t xml:space="preserve">    }</w:t>
        <w:br/>
        <w:t xml:space="preserve">    sort($arr);</w:t>
        <w:br/>
        <w:t xml:space="preserve">    $str = $appSecret;</w:t>
        <w:br/>
        <w:t xml:space="preserve">    foreach ($arr as $k =&gt; $v) {</w:t>
        <w:br/>
        <w:t xml:space="preserve">     $str = $str.$arr[$k].$params[$v];</w:t>
        <w:br/>
        <w:t xml:space="preserve">    }</w:t>
        <w:br/>
        <w:t xml:space="preserve">    $restr = $str.$appSecret;</w:t>
        <w:br/>
        <w:t xml:space="preserve">    $sign = strtoupper(md5($restr));</w:t>
        <w:br/>
        <w:t xml:space="preserve">    return $sign;</w:t>
        <w:br/>
        <w:t>}</w:t>
        <w:br/>
        <w:t>?&gt;</w:t>
        <w:br/>
        <w:t>Copy</w:t>
      </w:r>
    </w:p>
    <w:p>
      <w:pPr>
        <w:pStyle w:val="Heading3"/>
      </w:pPr>
      <w:r>
        <w:t>2、接口请求示例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$userId = "XXXXXXXXX";</w:t>
        <w:br/>
        <w:br/>
        <w:t>$params = array(</w:t>
        <w:br/>
        <w:t xml:space="preserve">    'appId'=&gt;$appId,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="http://api.polyv.net/live/v1/users/".$userId."/channels?appId=".$appId."&amp;timestamp=".$timestamp."&amp;sign=".$sign;</w:t>
        <w:br/>
        <w:br/>
        <w:t>//输出接口请求结果</w:t>
        <w:br/>
        <w:t>$ch = curl_init() or die ( curl_error() );</w:t>
        <w:br/>
        <w:t>curl_setopt( $ch, CURLOPT_URL, $url);</w:t>
        <w:br/>
        <w:t>curl_setopt ($ch, CURLOPT_CUSTOMREQUEST, "GET");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//打印获得的数据</w:t>
        <w:br/>
        <w:t>print_r($response);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getChatToken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