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更新频道视频审核设置（需开通）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1、更新频道视频审核设置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IllegalNotify参数描述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imageFrequency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截帧间隔（5：旗舰版(每分钟12审)；20：加强版(每分钟3审)；60：标准版(每分钟1审)）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审核策略，finance_easy：宽松审核策略，finance_normal：一般审核策略，finance_serious：严格审核策略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助理通知，Y：开启，N：关闭，默认为N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监播通知，Y：开启，N：关闭，默认为N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平台通知，Y：开启，N：关闭，默认为N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主播通知，Y：开启，N：关闭，默认为N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http://api.polyv.net/live/v4/channel/video-moderation/update?appId=gga9dadhzm&amp;sign=6AFE86666016B502E668174613B29585&amp;channelId=3775168&amp;timestamp=1679623766123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"illegalNotify": {</w:t>
        <w:br/>
        <w:t xml:space="preserve">        "platformEnabled": "Y",</w:t>
        <w:br/>
        <w:t xml:space="preserve">        "monitorEnabled": "Y",</w:t>
        <w:br/>
        <w:t xml:space="preserve">        "assistantEnabled": "Y",</w:t>
        <w:br/>
        <w:t xml:space="preserve">        "talentEnabled": "Y"</w:t>
        <w:br/>
        <w:t xml:space="preserve">    },</w:t>
        <w:br/>
        <w:t xml:space="preserve">    "imageFrequency": "60",</w:t>
        <w:br/>
        <w:t xml:space="preserve">    "moderationStrategy": "finance_serious",</w:t>
        <w:br/>
        <w:t xml:space="preserve">    "moderationEnabled":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更新频道视频审核设置</w:t>
        <w:br/>
        <w:t>* @throws IOException</w:t>
        <w:br/>
        <w:t>* @throws NoSuchAlgorithmException</w:t>
        <w:br/>
        <w:t>*/</w:t>
        <w:br/>
        <w:t>@Test</w:t>
        <w:br/>
        <w:t>public void videoModerationUpdateTest()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"http://api.polyv.net/live/v4/channel/video-moderation/update";</w:t>
        <w:br/>
        <w:t xml:space="preserve">    String channelId = "3775168";</w:t>
        <w:br/>
        <w:t xml:space="preserve">    String moderationStrategy = "finance_serious";</w:t>
        <w:br/>
        <w:t xml:space="preserve">    String imageFrequency = "60";</w:t>
        <w:br/>
        <w:t xml:space="preserve">    String moderationEnabled = "Y";</w:t>
        <w:br/>
        <w:t xml:space="preserve">    String assistantEnabled = "Y";</w:t>
        <w:br/>
        <w:t xml:space="preserve">    String monitorEnabled = "Y";</w:t>
        <w:br/>
        <w:t xml:space="preserve">    String platformEnabled = "Y";</w:t>
        <w:br/>
        <w:t xml:space="preserve">    String talentEnabled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    requestMap.put("channelId", channelId);</w:t>
        <w:br/>
        <w:br/>
        <w:t xml:space="preserve">    Map&lt;String, Object&gt; jsonMap = new HashMap&lt;&gt;();</w:t>
        <w:br/>
        <w:t xml:space="preserve">    jsonMap.put("imageFrequency", imageFrequency);</w:t>
        <w:br/>
        <w:t xml:space="preserve">    jsonMap.put("moderationEnabled", moderationEnabled);</w:t>
        <w:br/>
        <w:t xml:space="preserve">    jsonMap.put("moderationStrategy", moderationStrategy);</w:t>
        <w:br/>
        <w:t xml:space="preserve">    Map&lt;String, Object&gt; illegalNotifyMap = new HashMap&lt;&gt;();</w:t>
        <w:br/>
        <w:t xml:space="preserve">    jsonMap.put("illegalNotify", illegalNotifyMap);</w:t>
        <w:br/>
        <w:t xml:space="preserve">    illegalNotifyMap.put("assistantEnabled", assistantEnabled);</w:t>
        <w:br/>
        <w:t xml:space="preserve">    illegalNotifyMap.put("monitorEnabled", monitorEnabled);</w:t>
        <w:br/>
        <w:t xml:space="preserve">    illegalNotifyMap.put("platformEnabled", platformEnabled);</w:t>
        <w:br/>
        <w:t xml:space="preserve">    illegalNotifyMap.put("talentEnabled", talentEnabled);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log.info("测试更新频道视频审核设置成功：{}",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"f0103b0961754d3a887f82e35032a6ea.69.16796237824386651",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更新频道视频审核设置（需开通）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