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查询频道视频审核设置（需开通）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1、查询频道视频审核设置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http://api.polyv.net/live/v4/channel/video-moderation/get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http://api.polyv.net/live/v4/channel/video-moderation/get?appId=gga9dadhzm&amp;sign=65D40CA6D843CD4B7B0D6377D23CBE05&amp;channelId=3775168&amp;timestamp=1679622629258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查询视频审核返回实体【详见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</w:tbl>
    <w:p>
      <w:pPr>
        <w:spacing w:after="40"/>
      </w:pPr>
    </w:p>
    <w:p>
      <w:pPr>
        <w:pStyle w:val="Heading2"/>
      </w:pPr>
      <w: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当前配置任务所属频道号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illegalNotify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IllegalNotify参数描述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imageFrequency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截帧时长，单位：秒，取值：5、20、60，间隔X秒截取一帧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moderationEnabled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审核功能的开关，Y：开启，N：关闭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moderationStrategy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审核策略，finance_easy：宽松审核策略，finance_normal：一般审核策略，finance_serious：严格审核策略</w:t>
            </w:r>
          </w:p>
        </w:tc>
      </w:tr>
    </w:tbl>
    <w:p>
      <w:pPr>
        <w:spacing w:after="40"/>
      </w:pPr>
    </w:p>
    <w:p>
      <w:pPr>
        <w:pStyle w:val="Heading2"/>
      </w:pPr>
      <w:r>
        <w:t>IllegalNotify参数描述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assistantEnabled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助理通知，Y：开启，N：关闭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monitorEnabled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监播通知，Y：开启，N：关闭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platformEnabled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平台通知，Y：开启，N：关闭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talentEnabled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主播通知，Y：开启，N：关闭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LoggerFactory.getLogger(getClass());</w:t>
        <w:br/>
        <w:t>/**</w:t>
        <w:br/>
        <w:t>* 查询频道视频审核设置</w:t>
        <w:br/>
        <w:t>* @throws IOException</w:t>
        <w:br/>
        <w:t>* @throws NoSuchAlgorithmException</w:t>
        <w:br/>
        <w:t>*/</w:t>
        <w:br/>
        <w:t>@Test</w:t>
        <w:br/>
        <w:t>public void videoModerationGetTest()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br/>
        <w:t xml:space="preserve">    //业务参数</w:t>
        <w:br/>
        <w:t xml:space="preserve">    String url = "http://api.polyv.net/live/v4/channel/video-moderation/get";</w:t>
        <w:br/>
        <w:t xml:space="preserve">    String channelId = "3775168";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requestMap.put("channelId", channelId);</w:t>
        <w:br/>
        <w:t xml:space="preserve">    requestMap.put("timestamp", timestamp);</w:t>
        <w:br/>
        <w:br/>
        <w:t xml:space="preserve">    requestMap.put("sign", LiveSignUtil.getSign(requestMap, appSecret));</w:t>
        <w:br/>
        <w:br/>
        <w:t xml:space="preserve">    String response = HttpUtil.get(url, requestMap);</w:t>
        <w:br/>
        <w:br/>
        <w:t xml:space="preserve">    log.info("测试查询频道视频审核设置成功：{}",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"da46fa518e934191afa887c82913f3bf.70.16796226551092965",</w:t>
        <w:br/>
        <w:t xml:space="preserve">    "data": {</w:t>
        <w:br/>
        <w:t xml:space="preserve">        "channelId": 3775168,</w:t>
        <w:br/>
        <w:t xml:space="preserve">        "moderationEnabled": "Y",</w:t>
        <w:br/>
        <w:t xml:space="preserve">        "moderationStrategy": "finance_serious",</w:t>
        <w:br/>
        <w:t xml:space="preserve">        "imageFrequency": 5,</w:t>
        <w:br/>
        <w:t xml:space="preserve">        "illegalNotify": {</w:t>
        <w:br/>
        <w:t xml:space="preserve">            "monitorEnabled": "Y",</w:t>
        <w:br/>
        <w:t xml:space="preserve">            "talentEnabled": "N",</w:t>
        <w:br/>
        <w:t xml:space="preserve">            "assistantEnabled": "Y",</w:t>
        <w:br/>
        <w:t xml:space="preserve">            "platformEnabled": "Y"</w:t>
        <w:br/>
        <w:t xml:space="preserve">        }</w:t>
        <w:br/>
        <w:t xml:space="preserve">    },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"d310b70bc329403f87f77f9203d50f89.128.16360831552223589",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查询频道视频审核设置（需开通）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