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查询频道视频审核记录列表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1、查询频道场次审核记录列表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http://api.polyv.net/live/v4/channel/video-moderation/result/list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类型，Normal：正常，Porn：色情，Abuse：谩骂，Ad：广告，Custom：自定义违规；Badword：自定义严禁词；Illegal：违规；Polity：涉政；Moan：呻吟；Terror：暴恐；Religion：宗教；Sexy：性感；Teenager：青少年；Copyright：版权；多个使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分页大小，默认10，最大不超过1000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结果类型，1：通过，2：违规，3：疑似，多个使用英文逗号分隔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http://api.polyv.net/live/v4/channel/video-moderation/result/list?pageNumber=1&amp;appId=gga9dadhzm&amp;sign=612561DF5502DD76CE1B760EB2B907BA&amp;pageSize=20&amp;label=&amp;sessionId=gj4z866us3&amp;resultType=&amp;channelId=3775168&amp;timestamp=1679622317653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分页数据集合【详见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当前页数，第几页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类型，Normal：正常，Porn：色情，Abuse：谩骂，Ad：广告，Custom：自定义违规；Badword：自定义严禁词；Illegal：违规；Polity：涉政；Moan：呻吟；Terror：暴恐；Religion：宗教；Sexy：性感；Teenager：青少年；Copyright：版权；多个使用英文逗号分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识别类型描述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策略描述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ocrKeyword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ocr关键词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ocrText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ocr文本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politicalName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涉政人物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审核结果（1：通过，2：违规，3：疑似）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resultTypeDesc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查询频道场次审核记录列表</w:t>
        <w:br/>
        <w:t xml:space="preserve"> * @throws IOException</w:t>
        <w:br/>
        <w:t xml:space="preserve"> * @throws NoSuchAlgorithmException</w:t>
        <w:br/>
        <w:t xml:space="preserve"> */</w:t>
        <w:br/>
        <w:br/>
        <w:t>@Test</w:t>
        <w:br/>
        <w:t>public void resultListTest()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"http://api.polyv.net/live/v4/channel/video-moderation/result/list";</w:t>
        <w:br/>
        <w:t xml:space="preserve">    String channelId = "3775168";</w:t>
        <w:br/>
        <w:t xml:space="preserve">    String label = "";</w:t>
        <w:br/>
        <w:t xml:space="preserve">    String pageNumber = "1";</w:t>
        <w:br/>
        <w:t xml:space="preserve">    String pageSize = "20";</w:t>
        <w:br/>
        <w:t xml:space="preserve">    String resultType = "";</w:t>
        <w:br/>
        <w:t xml:space="preserve">    String sessionId = "gj4z866us3";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requestMap.put("label", label);</w:t>
        <w:br/>
        <w:t xml:space="preserve">    requestMap.put("pageNumber", pageNumber);</w:t>
        <w:br/>
        <w:t xml:space="preserve">    requestMap.put("pageSize", pageSize);</w:t>
        <w:br/>
        <w:t xml:space="preserve">    requestMap.put("resultType", resultType);</w:t>
        <w:br/>
        <w:t xml:space="preserve">    requestMap.put("sessionId", sessionId);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log.info("测试查询频道场次审核记录列表成功：{}",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"6c13efc8cc424973b7ba76deb33e664e.67.16796223224271993",</w:t>
        <w:br/>
        <w:t xml:space="preserve">    "data": {</w:t>
        <w:br/>
        <w:t xml:space="preserve">        "pageNumber": 1,</w:t>
        <w:br/>
        <w:t xml:space="preserve">        "pageSize": 20,</w:t>
        <w:br/>
        <w:t xml:space="preserve">        "totalPages": 2,</w:t>
        <w:br/>
        <w:t xml:space="preserve">        "totalItems": 28,</w:t>
        <w:br/>
        <w:t xml:space="preserve">        "contents": [</w:t>
        <w:br/>
        <w:t xml:space="preserve">            {</w:t>
        <w:br/>
        <w:t xml:space="preserve">                "id": 636,</w:t>
        <w:br/>
        <w:t xml:space="preserve">                "userId": null,</w:t>
        <w:br/>
        <w:t xml:space="preserve">                "channelId": 3775168,</w:t>
        <w:br/>
        <w:t xml:space="preserve">                "sessionId": "gj4z866us3",</w:t>
        <w:br/>
        <w:t xml:space="preserve">                "taskId": 304,</w:t>
        <w:br/>
        <w:t xml:space="preserve">                "imageUrl": "http://oss-live-1.videocc.net/audio/video/3775168/b7649358-a8cd-4637-ae8c-f1c60b579395.jpg",</w:t>
        <w:br/>
        <w:t xml:space="preserve">                "ocrText": "小王八掉眼泪 你鳖伤心",</w:t>
        <w:br/>
        <w:t xml:space="preserve">                "ocrKeyword": "",</w:t>
        <w:br/>
        <w:t xml:space="preserve">                "politicalName": "",</w:t>
        <w:br/>
        <w:t xml:space="preserve">                "label": "Normal",</w:t>
        <w:br/>
        <w:t xml:space="preserve">                "labelDesc": "正常",</w:t>
        <w:br/>
        <w:t xml:space="preserve">                "resultType": 1,</w:t>
        <w:br/>
        <w:t xml:space="preserve">                "resultTypeDesc": "通过",</w:t>
        <w:br/>
        <w:t xml:space="preserve">                "moderationStrategyDesc": "严格审核策略",</w:t>
        <w:br/>
        <w:t xml:space="preserve">                "createTime": 1678950744000</w:t>
        <w:br/>
        <w:t xml:space="preserve">            },</w:t>
        <w:br/>
        <w:t xml:space="preserve">            {</w:t>
        <w:br/>
        <w:t xml:space="preserve">                "id": 635,</w:t>
        <w:br/>
        <w:t xml:space="preserve">                "userId": null,</w:t>
        <w:br/>
        <w:t xml:space="preserve">                "channelId": 3775168,</w:t>
        <w:br/>
        <w:t xml:space="preserve">                "sessionId": "gj4z866us3",</w:t>
        <w:br/>
        <w:t xml:space="preserve">                "taskId": 304,</w:t>
        <w:br/>
        <w:t xml:space="preserve">                "imageUrl": "http://oss-live-1.videocc.net/audio/video/3775168/719a9814-e0eb-4e09-acb3-d183f342dc54.jpg",</w:t>
        <w:br/>
        <w:t xml:space="preserve">                "ocrText": "",</w:t>
        <w:br/>
        <w:t xml:space="preserve">                "ocrKeyword": "",</w:t>
        <w:br/>
        <w:t xml:space="preserve">                "politicalName": "",</w:t>
        <w:br/>
        <w:t xml:space="preserve">                "label": "Terror",</w:t>
        <w:br/>
        <w:t xml:space="preserve">                "labelDesc": "暴恐",</w:t>
        <w:br/>
        <w:t xml:space="preserve">                "resultType": 2,</w:t>
        <w:br/>
        <w:t xml:space="preserve">                "resultTypeDesc": "违规",</w:t>
        <w:br/>
        <w:t xml:space="preserve">                "moderationStrategyDesc": "严格审核策略",</w:t>
        <w:br/>
        <w:t xml:space="preserve">                "createTime": 1678950685000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查询频道视频审核记录列表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