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查询频道音频审核记录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1、&lt;p&gt;查询频道音频审核记录&lt;/p&gt;</w:t>
        <w:br/>
        <w:br/>
        <w:t>2、接口支持https协议</w:t>
        <w:br/>
        <w:br/>
        <w:t>3、按账号开通版本返回记录：audioModerationFunctionEnable 为 Y（金融版）或 AI（大模型版）即视为已开通；未开通（N、空或其他值）返回错误码 1041。审核结果过滤统一使用 resultType 参数，金融版与大模型版取值不同【详见[请求参数描述](#请求参数描述)】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http://api.polyv.net/live/v4/channel/audio-moderation/list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开始时间，毫秒级时间戳，默认值为最近3天，若传入该参数，则 在这一时间到 结束时间 之间的任务将会被筛选出来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结束时间，毫秒级时间戳，默认值为空，若传入该参数，则 开始时间 到这一时间之间的任务将会被筛选出来。startTime、endTime 同时传入时，最大查询跨度为30天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结果过滤，多个用英文逗号分隔。金融版：pass-通过、block-违规、review-疑似；大模型版：pass-通过、low_risk-低风险、medium_risk-中风险、high_risk-高风险。示例：resultType=medium_risk,high_risk。不传时返回当前账号版本下可见的全部记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（旧参数，已废弃，建议改用 resultType）审核结果过滤，多个用','分隔开（pass：通过，block：违规，review：疑似）。与 resultType 同时传入时以 resultType 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http://api.polyv.net/live/v4/channel/audio-moderation/list?pageNumber=1&amp;moderationStrategy=&amp;appId=gga9dadhzm&amp;sign=B64A05B71680D23161511CF0B9617254&amp;pageSize=10&amp;startTime=&amp;endTime=&amp;sessionId=&amp;channelId=3775168&amp;timestamp=1678087662266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音频转写文本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音频切片链接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badword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命中的严禁词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音频文件时长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审核任务的审核ID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命中的敏感词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识别类型。金融版：Normal-正常、Porn-色情、Abuse-谩骂、Ad-广告、Custom-自定义违规；大模型版：AiAudit-AI审核、Badword-自定义严禁词、Keyword-自定义敏感词、Normal-正常；以及其他令人反感、不安全或不适宜的内容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识别类型描述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（金融版）审核策略 easy：宽松审核策略，normal：一般审核策略，strict：严格审核策略。大模型版不应使用该字段判断审核结果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审核策略描述。大模型版不应使用该字段判断审核结果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违规原因（大模型版）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审核结果。金融版：1-通过、2-违规、3-疑似；大模型版：1-通过、4-低风险、5-中风险、6-高风险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风险评分/置信度，0-100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场次id，可能为空，为空时表示当前审核结果还未确认归属到哪个场次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任务开始时间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查询频道审核记录</w:t>
        <w:br/>
        <w:t>* @throws IOException</w:t>
        <w:br/>
        <w:t>* @throws NoSuchAlgorithmException</w:t>
        <w:br/>
        <w:t>*/</w:t>
        <w:br/>
        <w:t>@Test</w:t>
        <w:br/>
        <w:t>public void audioModerationListTest()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"http://api.polyv.net/live/v4/channel/audio-moderation/list";</w:t>
        <w:br/>
        <w:t xml:space="preserve">    String channelId = "";</w:t>
        <w:br/>
        <w:t xml:space="preserve">    String endTime = "";</w:t>
        <w:br/>
        <w:t xml:space="preserve">    String moderationStrategy = "";</w:t>
        <w:br/>
        <w:t xml:space="preserve">    String pageNumber = "";</w:t>
        <w:br/>
        <w:t xml:space="preserve">    String pageSize = "";</w:t>
        <w:br/>
        <w:t xml:space="preserve">    String sessionId = "";</w:t>
        <w:br/>
        <w:t xml:space="preserve">    String startTime = "";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requestMap.put("timestamp", timestamp);</w:t>
        <w:br/>
        <w:t xml:space="preserve">    requestMap.put("endTime", endTime);</w:t>
        <w:br/>
        <w:t xml:space="preserve">    requestMap.put("moderationStrategy", moderationStrategy);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requestMap.put("sessionId", sessionId);</w:t>
        <w:br/>
        <w:t xml:space="preserve">    requestMap.put("startTime", startTime);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log.info("测试查询频道审核记录成功：{}",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金融版成功示例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"efbb877ed57a430390b23f7e341d3364.66.16780876444232085",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1,</w:t>
        <w:br/>
        <w:t xml:space="preserve">    "contents": [</w:t>
        <w:br/>
        <w:t xml:space="preserve">        {</w:t>
        <w:br/>
        <w:t xml:space="preserve">            "id": 10001,</w:t>
        <w:br/>
        <w:t xml:space="preserve">            "sessionId": "u7vp3k8f",</w:t>
        <w:br/>
        <w:t xml:space="preserve">            "audioUrl": "https://example.com/audio/20260620.mp3",</w:t>
        <w:br/>
        <w:t xml:space="preserve">            "audioText": "直播过程中出现的音频转写文本",</w:t>
        <w:br/>
        <w:t xml:space="preserve">            "duration": 30,</w:t>
        <w:br/>
        <w:t xml:space="preserve">            "label": "Abuse",</w:t>
        <w:br/>
        <w:t xml:space="preserve">            "labelDesc": "谩骂",</w:t>
        <w:br/>
        <w:t xml:space="preserve">            "moderationStrategy": "normal",</w:t>
        <w:br/>
        <w:t xml:space="preserve">            "moderationStrategyDesc": "一般审核策略",</w:t>
        <w:br/>
        <w:t xml:space="preserve">            "resultType": 2,</w:t>
        <w:br/>
        <w:t xml:space="preserve">            "score": 88,</w:t>
        <w:br/>
        <w:t xml:space="preserve">            "badword": "",</w:t>
        <w:br/>
        <w:t xml:space="preserve">            "keyword": "",</w:t>
        <w:br/>
        <w:t xml:space="preserve">            "reason": "",</w:t>
        <w:br/>
        <w:t xml:space="preserve">            "createTime": "2026-06-20 10:00:00",</w:t>
        <w:br/>
        <w:t xml:space="preserve">            "startTime": "2026-06-20 09:59:30"</w:t>
        <w:br/>
        <w:t xml:space="preserve">  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大模型版成功示例（resultType=medium_risk，label=AiAudit，含 reason）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"efbb877ed57a430390b23f7e341d3364.66.16780876444232085",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1,</w:t>
        <w:br/>
        <w:t xml:space="preserve">    "contents": [</w:t>
        <w:br/>
        <w:t xml:space="preserve">        {</w:t>
        <w:br/>
        <w:t xml:space="preserve">            "id": 10001,</w:t>
        <w:br/>
        <w:t xml:space="preserve">            "sessionId": "u7vp3k8f",</w:t>
        <w:br/>
        <w:t xml:space="preserve">            "audioUrl": "https://example.com/audio/20260620.mp3",</w:t>
        <w:br/>
        <w:t xml:space="preserve">            "audioText": "本课程涉及未授权软件破解方法，请谨慎处理。",</w:t>
        <w:br/>
        <w:t xml:space="preserve">            "duration": 30,</w:t>
        <w:br/>
        <w:t xml:space="preserve">            "label": "AiAudit",</w:t>
        <w:br/>
        <w:t xml:space="preserve">            "labelDesc": "AI审核",</w:t>
        <w:br/>
        <w:t xml:space="preserve">            "moderationStrategy": "easy",</w:t>
        <w:br/>
        <w:t xml:space="preserve">            "moderationStrategyDesc": "宽松审核策略",</w:t>
        <w:br/>
        <w:t xml:space="preserve">            "resultType": 5,</w:t>
        <w:br/>
        <w:t xml:space="preserve">            "score": 72,</w:t>
        <w:br/>
        <w:t xml:space="preserve">            "badword": "",</w:t>
        <w:br/>
        <w:t xml:space="preserve">            "keyword": "",</w:t>
        <w:br/>
        <w:t xml:space="preserve">            "reason": "涉及未授权软件破解方法",</w:t>
        <w:br/>
        <w:t xml:space="preserve">            "createTime": "2026-06-20 10:00:00",</w:t>
        <w:br/>
        <w:t xml:space="preserve">            "startTime": "2026-06-20 09:59:30"</w:t>
        <w:br/>
        <w:t xml:space="preserve">  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账号未开通音频审核（audioModerationFunctionEnable 为 N、空或其他值），返回错误码 1041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1041,</w:t>
        <w:br/>
        <w:t xml:space="preserve">        "desc": "账号未开启音频审核功能"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查询频道音频审核记录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