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查询频道音频审核设置（需开通）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1、查询频道音频审核设置</w:t>
        <w:br/>
        <w:t>2、接口支持https协议</w:t>
        <w:br/>
        <w:t>3、按账号开通版本返回配置：账号 audioModerationFunctionEnable 为 Y（金融版）或 AI（大模型版）即视为已开通音频审核；未开通（N、空或其他值）返回错误码 1041。返回对象为合并结构，金融版与大模型版字段同时返回，调用方按账号版本取用即可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http://api.polyv.net/live/v4/channel/audio-moderation/get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http://api.polyv.net/live/v4/channel/audio-moderation/get?appId=gga8efhn0h&amp;sign=A172F9012D17020EEB0BF343492FB26D&amp;channelId=3791474&amp;timestamp=1678087256825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badwordEnabled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应用严禁词开关，Y/N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自定义审核规则（大模型版，llmAuditEnabled=Y 时作为审核规则生效）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illegalNotify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违规提醒配置【详见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IllegalNotify参数描述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llmAuditEnabled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大模型审核开关，Y/N（大模型版）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审核开关，Y/N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审核策略（金融版）easy：宽松审核策略normal：一般审核策略strict：严格审核策略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返回为合并结构：金融版账号会一并返回大模型版字段（llmAuditEnabled、customRule、illegalNotify.notifyLevel 等，可能为空），大模型版账号会一并返回 moderationStrategy（默认 easy，不参与大模型版审核）。调用方按账号开通版本取用对应字段即可。</w:t>
      </w:r>
    </w:p>
    <w:p>
      <w:pPr>
        <w:pStyle w:val="Heading2"/>
      </w:pPr>
      <w:r>
        <w:t>IllegalNotify参数描述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助理提醒，Y/N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监播提醒，Y/N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接收提醒等级（大模型版）all：所有风险项medium_plus：中风险及以上high_only：仅高风险项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对外提醒URL（大模型版）；为空表示对外提醒未开启，有值时违规事件会推送到该URL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平台通知，Y/N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talentEnabled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主播提醒，Y/N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查询频道音频审核设置</w:t>
        <w:br/>
        <w:t>* @throws IOException</w:t>
        <w:br/>
        <w:t>* @throws NoSuchAlgorithmException</w:t>
        <w:br/>
        <w:t>*/</w:t>
        <w:br/>
        <w:t>@Test</w:t>
        <w:br/>
        <w:t>public void audioModerationGetTest()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"http://api.polyv.net/live/v4/channel/audio-moderation/get";</w:t>
        <w:br/>
        <w:t xml:space="preserve">    String channelId = 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log.info("测试查询频道音频审核设置成功：{}",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金融版成功示例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"414afeb28f1c4f0ca17e1c3c1e39d247.10285.16780871639086817",</w:t>
        <w:br/>
        <w:t xml:space="preserve">  "data": {</w:t>
        <w:br/>
        <w:t xml:space="preserve">    "userId": "4bcae48f78",</w:t>
        <w:br/>
        <w:t xml:space="preserve">    "channelId": 3791474,</w:t>
        <w:br/>
        <w:t xml:space="preserve">    "moderationEnabled": "Y",</w:t>
        <w:br/>
        <w:t xml:space="preserve">    "moderationStrategy": "normal",</w:t>
        <w:br/>
        <w:t xml:space="preserve">    "badwordEnabled": "N",</w:t>
        <w:br/>
        <w:t xml:space="preserve">    "llmAuditEnabled": "N",</w:t>
        <w:br/>
        <w:t xml:space="preserve">    "customRule": "",</w:t>
        <w:br/>
        <w:t xml:space="preserve">    "illegalNotify": {</w:t>
        <w:br/>
        <w:t xml:space="preserve">      "monitorEnabled": "Y",</w:t>
        <w:br/>
        <w:t xml:space="preserve">      "talentEnabled": "Y",</w:t>
        <w:br/>
        <w:t xml:space="preserve">      "assistantEnabled": "Y",</w:t>
        <w:br/>
        <w:t xml:space="preserve">      "platformEnabled": "Y"</w:t>
        <w:br/>
        <w:t xml:space="preserve">    }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大模型版成功示例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"414afeb28f1c4f0ca17e1c3c1e39d247.10285.16780871639086817",</w:t>
        <w:br/>
        <w:t xml:space="preserve">  "data": {</w:t>
        <w:br/>
        <w:t xml:space="preserve">    "userId": "4bcae48f78",</w:t>
        <w:br/>
        <w:t xml:space="preserve">    "channelId": 3791474,</w:t>
        <w:br/>
        <w:t xml:space="preserve">    "moderationEnabled": "Y",</w:t>
        <w:br/>
        <w:t xml:space="preserve">    "moderationStrategy": "easy",</w:t>
        <w:br/>
        <w:t xml:space="preserve">    "badwordEnabled": "Y",</w:t>
        <w:br/>
        <w:t xml:space="preserve">    "llmAuditEnabled": "Y",</w:t>
        <w:br/>
        <w:t xml:space="preserve">    "customRule": "禁止主播引导观众添加微信、QQ等社交账号进行私下交易；禁止主播在直播中提及其他竞品平台名称；禁止主播使用攻击性语言。",</w:t>
        <w:br/>
        <w:t xml:space="preserve">    "illegalNotify": {</w:t>
        <w:br/>
        <w:t xml:space="preserve">      "monitorEnabled": "Y",</w:t>
        <w:br/>
        <w:t xml:space="preserve">      "talentEnabled": "N",</w:t>
        <w:br/>
        <w:t xml:space="preserve">      "assistantEnabled": "Y",</w:t>
        <w:br/>
        <w:t xml:space="preserve">      "platformEnabled": "N",</w:t>
        <w:br/>
        <w:t xml:space="preserve">      "notifyUrl": "https://example.com/audio-moderation/callback",</w:t>
        <w:br/>
        <w:t xml:space="preserve">      "notifyLevel": "medium_plus"</w:t>
        <w:br/>
        <w:t xml:space="preserve">    }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账号未开通音频审核（audioModerationFunctionEnable 为 N、空或其他值），返回错误码 1041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1041,</w:t>
        <w:br/>
        <w:t xml:space="preserve">        "desc": "账号未开启音频审核功能"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查询频道音频审核设置（需开通）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