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全局错误说明</w:t>
      </w:r>
    </w:p>
    <w:p>
      <w:pPr>
        <w:pStyle w:val="Heading1"/>
      </w:pPr>
      <w:r>
        <w:t>返回信息示例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请求API正确返回：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请求API字段校验错误返回：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请求API业务逻辑处理错误返回：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500,</w:t>
        <w:br/>
        <w:t xml:space="preserve">    "status": "fail",</w:t>
        <w:br/>
        <w:t xml:space="preserve">    "message": "access forbidden",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各字段含义：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响应状态码，具体对应关系如下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响应描述信息，当code为400或者500的时候，辅助描述错误原因，具体参考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错误信息对照表</w:t>
            </w:r>
          </w:p>
        </w:tc>
      </w:tr>
    </w:tbl>
    <w:p>
      <w:pPr>
        <w:spacing w:after="40"/>
      </w:pPr>
    </w:p>
    <w:p>
      <w:pPr>
        <w:pStyle w:val="Heading1"/>
      </w:pPr>
      <w:r>
        <w:t>错误码描述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表示业务处理成功，该字段为空字符串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40X(X为任意数字)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表示字段校验错误，错误信息表示具体的错误字段描述信息，例如 签名不可用（invalid signature.）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表示服务器业务逻辑处理错误，错误信息为具体的业务逻辑处理错误信息，例如权限不够（access forbidden）</w:t>
            </w:r>
          </w:p>
        </w:tc>
      </w:tr>
    </w:tbl>
    <w:p>
      <w:pPr>
        <w:spacing w:after="40"/>
      </w:pPr>
    </w:p>
    <w:p>
      <w:pPr>
        <w:pStyle w:val="Heading1"/>
      </w:pPr>
      <w:r>
        <w:t>Message 详细信息解释对照表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含义解释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undefined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need to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access forbidden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禁止访问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需要重定向到某个 URL（输出重定向 URL 到 data.url 中）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operation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非法的操作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id or password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登录时，频道号或密码错误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conflict with user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教师登录时，与用户登录状态冲突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stream 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流状态错误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domain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非法的liveDomain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forbid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频道的登录开关关闭，禁止登录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already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已有用户登录，请稍后再试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in live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该频道正在直播，请稍后再试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in no live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该频道不在直播，请稍后再试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please user pure video scene channel 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纯视频登录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qps exceeds number of calls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qps超出调用数量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date time 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非法的日期格式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validate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参数校验错误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should not be empty: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参数值为空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digit: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参数不是非负整数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number: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参数值不是数字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length is incorrect: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参数值长度不正确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range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数值范围错误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format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参数不是json格式，或者缺少json字段，或者json字段类型错误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exceeds maximum value of integer: 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参数超过了整型数值范围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color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参数不是颜色值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boolean (Y / N)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参数不是布尔值(Y/N)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date normal 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参数不是正确的yyyy-MM-dd日期格式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globalEnabledType:%s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参数不是正确的GlobalEnabledType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date 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日期格式错误通用返回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 range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日期范围错误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日期格式错误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 param empty or exist empty element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数组中存在空串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arrays length are not equal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数组长度不相等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incorrect protocol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错误协议头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昵称已存在：%s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昵称重复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email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非法邮箱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invalid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参数非法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role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错误的后台角色类型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错误的聊天室房间号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billingPlan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错误的直播套餐类型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rtc record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错误的直播rtc录制类型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bill trade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非法账单交易类型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bill 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非法账单状态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channel list order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错误的频道列表排序值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live 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menu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错误的菜单类型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 already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菜单已经存在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 count reached the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菜单数达到上限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menu id: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非法的频道页面菜单Id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marquee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player logo position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错误的播放器logo图片位置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live player skin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错误的直播播放器皮肤值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stream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错误的直播方式流类型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warmup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错误的暖场类型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menu url 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错误的视频来源类型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watch skin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错误的观看页皮肤类型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live player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错误的直播播放器类型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lottery range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错误的抽奖候选人类型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sms service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错误的短信服务商类型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watch layout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错误的观看页布局类型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watch template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错误的观看页模板类型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confirm password inconsistency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新密码和确认密码不一致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old password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旧密码错误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donate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错误的打赏类型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advert kind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错误的广告类型 AdvertKind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advert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错误的广告类型 AdvertType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income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错误的收入类型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viewlog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错误的观看日志类型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disk video lang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错误的硬盘推流语言类型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 file size exceeds the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上传的文件大小超过限制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 file format error: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上传文件的格式错误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status not live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频道暂无直播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not found.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channel没有找到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channel id: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is unavailable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频道已关闭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kaptcha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图片验证码错误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 code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 sms code too frequent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短信验证码发送频繁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lottery id: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非法的抽奖记录ID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not found.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user没有找到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slide verification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滑动验证错误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count reached the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频道数达到上限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batch count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批量创建、删除频道时，每批次的频道数超过限制（目前为100）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category id: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非法的频道分类ID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 count reached the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频道分类数达到上限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 name already exists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已存在同名的频道分类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can't change default category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不能修改默认频道分类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 sms enabled close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不允许使用保利威短信服务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disk not exist max rate 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硬盘推流最高码率的视频不存在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live start 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错误的直播开始时间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format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硬盘推流的视频格式错误，不能使用m3u8的视频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id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can't handle encrypted 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硬盘推流视频，不能添加加密视频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play time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硬盘推流视频，播放时间错误（为过去的时间）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play time conflicts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硬盘推流视频，播放时间段冲突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can't delete video playing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硬盘推流视频，无法删除直播中的视频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pull stream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当前流类型不是拉流，无法进行操作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can't change stream type during living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直播状态时不能切换直播方式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info fields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登记观看字段类型错误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auth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错误的观看条件类型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 fields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登记观看没有创建登记字段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none of the info fields are selected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登记观看没有勾选登记字段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 fields incomplete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提交字段信息不完整（各字段信息数组长度不一致）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name type is unique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名字类型的字段最多只有一个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设置白名单观看方式时，没有白名单记录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 excel parse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上传的白名单表格记录解析错误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 excel no 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上传的白名单表格记录没有数据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main 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主要观看条件错误（不能为分享观看）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secondary 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次要观看条件错误（不能为自定授权观看或外部授权）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 have the same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主要观看条件和次要观看条件不能相同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secondary auth unsupported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主要条件为自定义授权或者外部授权时，不能设置次要观看条件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channel account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非法的子频道号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 count reached the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子频道的数量达到上限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 turn account already exists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已存在子频道开启PPT翻页权限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 account already exists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已经存在其他监听角色的子账号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invitation keyword already exists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已存在相同的关键词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 tour account already exists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已存在子频道开启轮训权限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 name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白名单名称已存在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 code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白名单已存在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 tour forbid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无法使用轮巡功能，打开轮巡功能需要讲师先退出频道：http://wiki.igeeker.org/pages/viewpage.action?pageId=36671050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 user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直播用户的点播账号不存在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user is expired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直播用户的点播账号已过期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user space is over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直播用户的点播账号空间不足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transfer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录制视频转存失败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format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合并的录制视频格式错误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cannot merge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录制文件无法合并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m3u8 format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录制视频的m3u8格式还未生成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already transferred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录制视频已经转存过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 video has been added: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点播视频已经添加到回放列表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 videoId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 video unable to sort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回放视频序号在边界（最前或最后），无法上移/下移排序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 video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回放视频没有找到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 video list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回放视频没有找到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 playback video info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更新回放视频信息失败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playback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错误的直播回放类型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 open debugEnabled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频道直播时不能开启测试模式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switch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非法的开关类型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switch in current scene is illegal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场景下的功能开关限制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badwords excel parse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上传的严禁词表格记录解析错误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badwords excel no 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上传的严禁词表格记录没有数据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withdraw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提现订单号错误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 is frozen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账户被冻结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withdraw amount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提现金额错误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bank card 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尚未绑定银行卡信息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 times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提现次数超过限制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 info already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已经绑定过银行卡信息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withdraw date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提现日期错误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operation: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主频道已经在推流，不允许切流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questionId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错误的答题题目ID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chat role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错误的聊天室角色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banned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错误的禁言类型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错误打赏道具数量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 name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道具名称超过限制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goods image length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道具图片长度超过限制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goods 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非法道具图片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 files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上传文件个数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m3u8 download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下载recordfile的m3u8失败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m3u8 extract ts message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获取recordfile m3u8的ts信息失败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clip m3u8 upload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上传暂存文件剪辑后的m3u8文件失败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m3u8 upload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上传暂存m3u8文件失败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there is only an one record file and not  need merge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只有一个文件不需要合并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m3u8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m3u8文件不存在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record file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playback origin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非法的回放来源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playback 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不能课件重制的视频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ppt record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this ppt record task already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background 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课件重制背景图地址错误，或转存失败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 video is using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正在使用的回放不能被删除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 image porn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files 【%s】 missing mp4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录制文件缺少mp4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only support wx pay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只支持微信支付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none redpack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红包已派发完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 pack expired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红包已过期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had join red pack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已参加过红包雨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status already live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切换cdn，频道还是直播状态不允许切换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cdn type is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要切换的cdn类型不存在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 switch cdn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账号没有切换cdn 的权限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 user pay price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试用账号的付费观看金额超过限制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enroll setting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频道报名观看设置错误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record not found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没有报名观看记录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missing required field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缺少必填题目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 num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虚拟用户数量超过限制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 setting operate too frequent:%d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虚拟用户数量超过限制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 validate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白名单校验错误，可能存在多种情况的错误，在返回的data里面显示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whitelist 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白名单的会员码错误，与频道号或者子频道号相同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both watchEndTime and validTimePeriods  has value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付费观看，watchEndTime和validTimePeriods同时有值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 url error: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图片url错误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account role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非法的子频道角色类型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 account count reached the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已达嘉宾人数上限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 role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子账号权限错误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 callback params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oss回调参数错误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oss upload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非法的oss上传类型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can't delete special menu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不能删除的菜单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 id can't be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pureRtc privilege is closed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用户没有开启纯RTC拉流频道的权限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 currently only supports ppt 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纯rtc 拉流频道目前仅支持ppt 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bill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错误的账单类型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 userId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直播userId错误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 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sms is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用户短信配置错误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 all tuwen live status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频道直播时不能删除全部图文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tuwen content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非法的图文直播内容ID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tuwen live is closed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用户的图文直播开关关闭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 contains bad word:%s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内容包含严禁词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and channel scene mismatch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点播视频与直播频道场景不匹配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 monitorenabled is close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助教的监播开关为关闭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 account count reached the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已达助教人数上限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 channel forbid use web-start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转播频道不能使用网页开播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single receive channel forbid use  web-start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单人转播模式下的接收频道不能使用网页开播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 not support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不支持的语言类型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translate text over 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翻译的语句长度过长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chatTranslateEnabled is close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聊天翻译开关关闭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translate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翻译失败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微信openId为空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 trial condition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非试看条件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 watch only apply to mobile weixin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试看必须在移动端微信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 info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观众信息为空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donate setting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频道打赏设置错误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 operate too frequent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点赞发送频繁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MP4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录制视频的MP4文件不存在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clip time frame format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录制视频的裁剪时段格式错误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clip time frame over 100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录制视频的裁剪时段区间超过100个限制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clip timeFrame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暂存文件剪辑的时间区间错误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failed to generate the policy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初始化错误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 is illegal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is not found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delete occur an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删除文件出错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文件名称为空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type is wrong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错误的文件类型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 file record occur an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添加文件出错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convert file 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非法的文件状态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convert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非法的转换类型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ppt version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非法的PPT版本类型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document fileId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非法的文件ID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 ppt occur an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删除ppt出错了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doc not found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文档找不到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session stats can not be found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找不到该直播场次数据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session stats can not be  generated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直播场次数据暂未生成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服务端异常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用于处理未知的服务端错误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系统繁忙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用于远程调用时的系统出错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resource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视频源类型错误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is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unsupport 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不支持的视频，没有mp4地址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seqId 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布局与视频序号id数量不对应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layout already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布局和视频序号已存在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layout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布局模板类型错误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 resource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视频资源不存在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 layout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already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点播的视频已经添加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 already 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导播台已经启动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 has not been started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导播台未启动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 is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 already bind to guide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子频道被导播台绑定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cdn type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CDN的类型非阿里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 pgm is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PGM没有布局在播放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 num is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音量个数错误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resource is not vod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视频资源不是点播类型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layout is using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布局正在被场景使用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unsupport encryed vod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不支持加密视频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resource 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非法的资源状态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 was keep alive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导播台被保持存活，不能销毁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vod 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点播视频的状态为非发布状态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vod setting not changed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点播的视频设置没有变化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 illegal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url非法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urgent vod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备播视频不存在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导播台分钟数已耗完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导播台分钟数不足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 file duration limit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合并的录制视频时长超过24个小时错误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 is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 basic image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设置频道基础图片出错了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Time range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查询的时间范围出错了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rtc record file can not merge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手动录制视频不能合并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rtc record file can not clip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手动录制视频不能剪辑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 forbids switching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场景禁止切换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Only default directories can be selected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只能选择默认目录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Forbidden word length in 1~20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严禁词长度在1~20之间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unsupported record 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不支持暂存列表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disk push stream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当前流类型不是硬盘推流，无法进行操作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passwd and channel viewer passwd  can not be same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频道密码和参与者密码不能一样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 operation limited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场景操作受限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 channel already has access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channel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非法的频道类型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 channel duplicate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重复设置关联子频道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 receive channel can't change 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已经关联主频道的子频道不能切换直播类型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 duration limited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回放时长限制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legal link mic mode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非法的连麦类型错误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legal resolution radio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非法的摄像头码率错误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legal marquee show mode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非法的跑马灯显示类型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linkMicLimit more than user  LinkMicLimit or illegal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频道连麦数超过用户套餐连麦人数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legal censor content pass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非法审核内容通过类型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 channel has already associated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重复关联转播子频道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 channel number limit: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子频道数量已达上限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two channel live scene are not equals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两个频道直播场景不一致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associate transmit channel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关联转播频道出错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transmit main channel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不是发起转播频道，不能关联接收转播频道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receive channel id: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非法的接收转播频道号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link mic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非法的连麦类型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link mic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非法的连麦数量范围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youzan decoder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有赞解密失败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 body is not empty or lost params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抢答请求参数不正确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already auth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已经授权登录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watch 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非法观看授权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 record status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task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非法taskId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 finish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task已经完成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参数都不能为空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mic is not open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频道没有开通连麦（连麦的人数为&lt;= 0）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mic viewers exceeded maximum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超出最大的连麦人数限制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 robot name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已经存在该昵称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weixin signature get 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获取微信签名失败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authorization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需要微信授权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shelf 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非法上下架类型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product sort type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商品排序类型错误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product count limit 300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商品列表不能多于300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 input type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开播端摄像头输入类型错误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product not found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找不到频道商品错误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product status can't be pushed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非上架商品不能推送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channel product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非法频道商品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param type: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非法参数类型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watch can't support %s auth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报名观看不支持观看条件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 in weixin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被要求在微信环境下使用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 invalid:%s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url地址格式错误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record callback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 not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上课一次后不允许在登录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product already top or bottom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商品不能上下移动，已经是底部或者顶部了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unsupported red pack 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不支持红包类型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average amount too low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红包平均金额太低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 pack amount to low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红包金额不能太低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 pack amount too much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红包金额太高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 pack count illegal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红包数量非法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promote must use new watch  template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渠道推广必须使用新版观看页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promote exceed max record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渠道推广超过最大数量限制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multi meeting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分会场最多10个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multi meeting already add other  channel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已经绑定其他主会场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multi meeting already as sub  channel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已经作为分会场频道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multi meeting need the new  version of the viewing 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需要新版观看页才可以生效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 multi meeting already as main  channel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已经是主会场了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seminar channel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非法研讨会类型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duplicated seminar role password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研讨会登录密码重复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 room nickname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聊天室昵称已经存在，不能重复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host has logged 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主持人已经登录，不允许重复登录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分组数量应在2到50个之间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分组数量应在2到50个之间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seminar group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不合法的分组id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 organization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找不到组织架构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organization move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非法组织架构移动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 webapp role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找不到应用角色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 found user children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找不到子账号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 is used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账号已经被使用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user children 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非法子账号用户状态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 count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组织数量超出限制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children role count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子账号角色数量超出限制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children count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子账号数量超出限制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 contains user children and  not allow delete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该组织包含子账号，不允许删除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 depth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组织层级超过限制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entry time for the lucky draw  overlaps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报名抽奖时间重叠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lottery record limit 100000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报名抽奖名单限制10w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lottery source range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报名抽奖名单来源设置错误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lottery type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报名抽奖开奖方式错误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lottery already enroll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已经报名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lottery mobile length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手机号太长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lotteryId not found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找不到抽奖信息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 overdue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enroll lottery already start enroll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已经开奖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 can not login third push channel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第三方推流频道的嘉宾无法登录客户端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全局错误说明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