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积分开发指引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1、与用户的积分系统对接，实现积分打赏、积分红包功能。</w:t>
        <w:br/>
        <w:t>2、参照本文档提供的积分查询接口和积分更新接口，配置在POLYV后台的设置，使用系统生成的观看链接，配合外部授权、自定义授权或者白名单观看条件使用（目前在无限制观看条件和只有验证码观看条件时不能使用），观众在看直播时可消耗积分并打赏给主播。</w:t>
      </w:r>
    </w:p>
    <w:p>
      <w:pPr>
        <w:pStyle w:val="Heading1"/>
      </w:pPr>
      <w:r>
        <w:t>积分查询接口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1、保利威服务器通过传递观众的id和频道号等参数，对用户的积分查询接口URL 进行请求，获取学员在平台的积分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1、如果您设置的积分查询接口URL 包含参数，直播系统调用接口时会将这些参数同时带上，并且这些参数会参与sign 的拼接加密生成</w:t>
      </w:r>
    </w:p>
    <w:p>
      <w:pPr>
        <w:pStyle w:val="Heading2"/>
      </w:pPr>
      <w:r>
        <w:t>请求参数描述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注：通过Query方式传参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直播场次ID,在未直播时可能参数为空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保利威直播账号appId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响应状态文本信息，success 表示成功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响应描述信息，注意：请求出错时，页面显示的提示为polyv 积分打赏所设置的提示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请求成功时为观众的积分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"data":100.00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请求失败：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"code":403,</w:t>
        <w:br/>
        <w:t xml:space="preserve">    "status":"error",</w:t>
        <w:br/>
        <w:t xml:space="preserve">    "message":"相关错误信息",</w:t>
        <w:br/>
        <w:t xml:space="preserve">    "data":null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积分不足：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"message":"相关错误信息",</w:t>
        <w:br/>
        <w:t xml:space="preserve">    "data":null</w:t>
        <w:br/>
        <w:t>}</w:t>
      </w:r>
    </w:p>
    <w:p>
      <w:pPr>
        <w:pStyle w:val="Heading3"/>
      </w:pPr>
      <w:r>
        <w:t>服务器示例请求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http://abc.com?viewerName=保利威-式廓告&amp;viewerId=sadboy-7t8tuo&amp;appId=frlr1zazn3&amp;sign=18C0CB41C5D42DF2B782F2578350B1FC&amp;sessionId=gd1mz4kqqi&amp;channelId=2272655&amp;ts=1665373665677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----</w:t>
      </w:r>
    </w:p>
    <w:p>
      <w:pPr>
        <w:pStyle w:val="Heading1"/>
      </w:pPr>
      <w:r>
        <w:t>积分更新接口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1、观众观看页选择了相应道具进行打赏时，请求积分更新接口URL修改在平台的积分</w:t>
        <w:br/>
        <w:t>2、观众观看页领取了积分红包时，请求积分更新接口URL修改在平台的积分</w:t>
        <w:br/>
        <w:t>3、注意：积分红包、任务奖励外部积分，积分更新请求体格式为appilcation/json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1、如果您设置的积分更新接口URL 包含参数，直播系统调用接口时会将这些参数同时带上，并且这些参数会参与sign 的拼接加密生成</w:t>
      </w:r>
    </w:p>
    <w:p>
      <w:pPr>
        <w:pStyle w:val="Heading2"/>
      </w:pPr>
      <w:r>
        <w:t>请求参数描述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注：通过Query方式传参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直播场次ID,在未直播时可能参数为空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保利威直播账号appId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打赏的道具名称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打赏的道具的所需积分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打赏的道具的数量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任务奖励任务Id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此次打赏所需积分总数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修改类型:increase-增加观众积分 空值默认为扣除观众积分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响应状态文本信息，success 表示成功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响应描述信息，注意：请求出错时，页面显示的提示为polyv 积分打赏所设置的提示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请求成功时返回观众的剩余积分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"data":100.00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积分不足（code为400）：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"message":"积分不足",</w:t>
        <w:br/>
        <w:t xml:space="preserve">    "data":null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请求失败（code非200且非400）：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"code":403,</w:t>
        <w:br/>
        <w:t xml:space="preserve">    "status":"error",</w:t>
        <w:br/>
        <w:t xml:space="preserve">    "message":"相关错误信息",</w:t>
        <w:br/>
        <w:t xml:space="preserve">    "data":null</w:t>
        <w:br/>
        <w:t>}</w:t>
      </w:r>
    </w:p>
    <w:p>
      <w:pPr>
        <w:pStyle w:val="Heading3"/>
      </w:pPr>
      <w:r>
        <w:t>服务器示例请求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http://abc.com?viewerId=sadboy-7t8tuo&amp;goodName=皮卡丘&amp;appId=frlr1zazn3&amp;count=999.00&amp;sign=6C63C4A570D63232E06E244CF0924820&amp;sessionId=gd1mz4kqqi&amp;goodPrice=999.00&amp;channelId=2272655&amp;ts=1665373695924&amp;goodNum=1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----</w:t>
      </w:r>
    </w:p>
    <w:p>
      <w:pPr>
        <w:pStyle w:val="Heading1"/>
      </w:pPr>
      <w:r>
        <w:t>获取频道可用积分上限接口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1、保利威服务器通过传递appId，频道号等参数，对频道可用积分上限查询接口URL进行请求，获取频道在平台的可用积分上限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1、如果您设置的积分查询接口URL 包含参数，直播系统调用接口时会将这些参数同时带上，并且这些参数会参与sign 的拼接加密生成</w:t>
      </w:r>
    </w:p>
    <w:p>
      <w:pPr>
        <w:pStyle w:val="Heading2"/>
      </w:pPr>
      <w:r>
        <w:t>请求参数描述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注：通过Query方式传参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保利威直播账号appId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响应状态文本信息，success 表示成功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响应描述信息，注意：请求出错时，页面显示的提示为polyv 积分打赏所设置的提示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请求成功时为频道的可用积分上限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"data":100.00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请求失败：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"code":403,</w:t>
        <w:br/>
        <w:t xml:space="preserve">    "status":"error",</w:t>
        <w:br/>
        <w:t xml:space="preserve">    "message":"相关错误信息",</w:t>
        <w:br/>
        <w:t xml:space="preserve">    "data":null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积分不足：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"message":"相关错误信息",</w:t>
        <w:br/>
        <w:t xml:space="preserve">    "data":null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积分开发指引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