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修改讲师身份信息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1、通过频道号，修改讲师的相关信息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http://api.polyv.net/live/v3/channel/account/updateTeacher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头像图片地址，如果为空，则使用默认头像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http://api.polyv.net/live/v3/channel/account/updateTeacher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actor=超级讲师&amp;passwd=******&amp;appId=frlr1zazn3&amp;nickname=葡萄籽&amp;sign=CDE5996D68A254E89294F2768F49C11E&amp;avatar=&amp;channelId=2191569&amp;timestamp=1616644692398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LoggerFactory.getLogger(ChatRoleTest.class);</w:t>
        <w:br/>
        <w:t>/**</w:t>
        <w:br/>
        <w:t xml:space="preserve"> * 修改讲师身份信息</w:t>
        <w:br/>
        <w:t xml:space="preserve"> * @throws IOException</w:t>
        <w:br/>
        <w:t xml:space="preserve"> */</w:t>
        <w:br/>
        <w:t>@Test</w:t>
        <w:br/>
        <w:t>public void testUpdateTeacherInfo()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"http://api.polyv.net/live/v3/channel/account/updateTeacher";</w:t>
        <w:br/>
        <w:t xml:space="preserve">        String channelId = "2205489";</w:t>
        <w:br/>
        <w:t xml:space="preserve">        String nickname = "葡萄籽";</w:t>
        <w:br/>
        <w:t xml:space="preserve">        String actor = "讲师1";</w:t>
        <w:br/>
        <w:t xml:space="preserve">        String passwd = getRandomString(6);</w:t>
        <w:br/>
        <w:t xml:space="preserve">        String avatar = "";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requestMap.put("nickname",nickname);</w:t>
        <w:br/>
        <w:t xml:space="preserve">        requestMap.put("actor",actor);</w:t>
        <w:br/>
        <w:t xml:space="preserve">        requestMap.put("passwd",passwd);</w:t>
        <w:br/>
        <w:t xml:space="preserve">        requestMap.put("avatar",avatar);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log.info("测试修改讲师身份信息接口返回值：{}",response);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true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修改讲师身份信息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