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修改管理员身份信息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1、通过频道号，修改管理员信息，提交参数都不能为空</w:t>
        <w:br/>
        <w:t>2、接口URL中的{channelId}为"频道号"</w:t>
        <w:br/>
        <w:t>3、（actor, nickname, timestamp, appId）参与sign签名，并和sign一起通过post表单传递，文件通过二进制流提交到服务器端。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http://api.polyv.net/live/v2/channelSetting/{channelId}/set-chat-admin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管理员昵称，长度不能超过8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管理员头衔，长度不能超过4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管理员头像，支持jpg、jpeg、png三种格式，大小不能超过2Mb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http://api.polyv.net/live/v2/channelSetting/2191569/set-chat-admin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actor=管理员1&amp;appId=frlr1zazn3&amp;nickname=张三&amp;sign=FA7ABEBFC204253D6E44699DD8C84866&amp;timestamp=1616644515871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请求失败时为空，请求成功时为"修改成功"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LoggerFactory.getLogger(ChatRoleTest.class);</w:t>
        <w:br/>
        <w:t>/**</w:t>
        <w:br/>
        <w:t xml:space="preserve"> * 修改管理员身份信息</w:t>
        <w:br/>
        <w:t xml:space="preserve"> * @throws IOException</w:t>
        <w:br/>
        <w:t xml:space="preserve"> */</w:t>
        <w:br/>
        <w:t>@Test</w:t>
        <w:br/>
        <w:t>public void testUpdateAdminInfo()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"http://api.polyv.net/live/v2/channelSetting/"+channelId+"/set-chat-admin";</w:t>
        <w:br/>
        <w:t xml:space="preserve">        String nickname = "张三";</w:t>
        <w:br/>
        <w:t xml:space="preserve">        String actor = "管理员1";</w:t>
        <w:br/>
        <w:t xml:space="preserve">        File avatar = new File("/Users/apple/Documents/证件照/证件照1.jpeg");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requestMap.put("nickname",nickname);</w:t>
        <w:br/>
        <w:t xml:space="preserve">        requestMap.put("actor",actor);</w:t>
        <w:br/>
        <w:t xml:space="preserve">        requestMap.put("sign",LiveSignUtil.getSign(requestMap, appSecret));</w:t>
        <w:br/>
        <w:t xml:space="preserve">        Map&lt;String, File&gt; fileMap = new HashMap&lt;String, File&gt;();</w:t>
        <w:br/>
        <w:t xml:space="preserve">        fileMap.put("avatar",avatar);</w:t>
        <w:br/>
        <w:t xml:space="preserve">        String response = HttpUtil.postFile(url,requestMap,fileMap,"UTF-8");</w:t>
        <w:br/>
        <w:t xml:space="preserve">        log.info("测试修改管理员身份信息接口返回值：{}",response);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"修改成功"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修改管理员身份信息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