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获取聊天室在线列表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1、通过频道号，获取聊天室在线列表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https://apichat.polyv.net/front/userlistExternal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1、接口每次请求最多返回1000条数据，最好每次返回100，分页获取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2、返回数据量大的情况下，请求频率间隔大于10秒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3、数据中包含虚拟观众的信息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每一页条数，默认100，最多返回1000条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toGetSubRooms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是否获取子频道的用户，true为获取，false为不获取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回调函数，用于解决前端请求跨域问题</w:t>
            </w:r>
          </w:p>
        </w:tc>
      </w:tr>
    </w:tbl>
    <w:p>
      <w:pPr>
        <w:spacing w:after="40"/>
      </w:pPr>
    </w:p>
    <w:p>
      <w:pPr>
        <w:pStyle w:val="Heading2"/>
      </w:pPr>
      <w:r>
        <w:t>返回结果解密：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aesjs = require('aes-js');</w:t>
        <w:br/>
        <w:t>const Base64 = require('js-base64');</w:t>
        <w:br/>
        <w:t>const md5 = require('md5');</w:t>
        <w:br/>
        <w:br/>
        <w:t>function decrypt(encrypted, sign) {</w:t>
        <w:br/>
        <w:t xml:space="preserve">  const encryptedBytes = aesjs.utils.hex.toBytes(encrypted);</w:t>
        <w:br/>
        <w:t xml:space="preserve">  const key = str2ab(sign, 16);</w:t>
        <w:br/>
        <w:t xml:space="preserve">  const iv = key;</w:t>
        <w:br/>
        <w:t xml:space="preserve">  const aesCfb = new aesjs.ModeOfOperation.cbc(key, iv, 8);</w:t>
        <w:br/>
        <w:t xml:space="preserve">  const decryptedBytes = aesCfb.decrypt(encryptedBytes);</w:t>
        <w:br/>
        <w:br/>
        <w:t xml:space="preserve">  const decryptedText = aesjs.utils.utf8.fromBytes(decryptedBytes);</w:t>
        <w:br/>
        <w:t xml:space="preserve">  return Base64.decode(decryptedText);</w:t>
        <w:br/>
        <w:t xml:space="preserve">  function str2ab(str, len) {</w:t>
        <w:br/>
        <w:t xml:space="preserve">    const bytes = aesjs.utils.utf8.toBytes(str);</w:t>
        <w:br/>
        <w:t xml:space="preserve">    const bytesLen = bytes.length;</w:t>
        <w:br/>
        <w:t xml:space="preserve">    if (bytesLen &gt; len) {</w:t>
        <w:br/>
        <w:t xml:space="preserve">      return bytes.slice(0, len);</w:t>
        <w:br/>
        <w:t xml:space="preserve">    }</w:t>
        <w:br/>
        <w:t xml:space="preserve">    return (</w:t>
        <w:br/>
        <w:t xml:space="preserve">      [].concat(...(new Array(Math.ceil(len / bytesLen)).fill(bytes)))</w:t>
        <w:br/>
        <w:t xml:space="preserve">    ).slice(0, len);</w:t>
        <w:br/>
        <w:t xml:space="preserve">  }</w:t>
        <w:br/>
        <w:t>}</w:t>
        <w:br/>
        <w:br/>
        <w:t>function createApiSign(appSecret, data = {}, type = 'upper') {</w:t>
        <w:br/>
        <w:t xml:space="preserve">  //1、把data里的数据按字典序排列</w:t>
        <w:br/>
        <w:t xml:space="preserve">  //2、按照key+value进行拼接,在首尾分别加上appSecret</w:t>
        <w:br/>
        <w:t xml:space="preserve">  //3、MD5加密,默认大写,当type=lower时,为小写</w:t>
        <w:br/>
        <w:t xml:space="preserve">  let content = appSecret;</w:t>
        <w:br/>
        <w:t xml:space="preserve">  const temp = Object.keys(data).sort();</w:t>
        <w:br/>
        <w:t xml:space="preserve">  temp.forEach((item) =&gt; {</w:t>
        <w:br/>
        <w:t xml:space="preserve">    if (item === 'sign') {</w:t>
        <w:br/>
        <w:t xml:space="preserve">      return;</w:t>
        <w:br/>
        <w:t xml:space="preserve">    }</w:t>
        <w:br/>
        <w:t xml:space="preserve">    const v = data[item];</w:t>
        <w:br/>
        <w:t xml:space="preserve">    content += item + (isObject(v) ? JSON.stringify(v) : v);</w:t>
        <w:br/>
        <w:t xml:space="preserve">  });</w:t>
        <w:br/>
        <w:t xml:space="preserve">  content += appSecret;</w:t>
        <w:br/>
        <w:t xml:space="preserve">  const sign = md5(content);</w:t>
        <w:br/>
        <w:t xml:space="preserve">  return type === 'lower' ? sign : sign.toLocaleUpperCase();</w:t>
        <w:br/>
        <w:t>}</w:t>
        <w:br/>
        <w:br/>
        <w:t>function isObject(obj){</w:t>
        <w:br/>
        <w:t>return obj !== null &amp;&amp; obj instanceof Object;</w:t>
        <w:br/>
        <w:t>}</w:t>
        <w:br/>
        <w:t>// 1、第一步，访问链接地址，获取返回内容</w:t>
        <w:br/>
        <w:t>// http://apichat.polyv.net/front/userlistExternal?roomId=412738&amp;page=1&amp;len=100&amp;hide=0&amp;toGetSubRooms=true</w:t>
        <w:br/>
        <w:br/>
        <w:t>const sign = createApiSign('polyvChatSignForExternal', { roomId: '412738', page: '1', len: '100', hide: '0', toGetSubRooms: 'true' }); // 接口请求的参数的签名</w:t>
        <w:br/>
        <w:t>//2、第二步，将第一步的返回内容赋值给encrypted进行解析</w:t>
        <w:br/>
        <w:t>const encrypted = 'fd1206646ea5e702852157';</w:t>
        <w:br/>
        <w:t>console.log(decrypt(encrypted, sign));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用户对象（具体看下面用户对象说明）</w:t>
            </w:r>
          </w:p>
        </w:tc>
      </w:tr>
    </w:tbl>
    <w:p>
      <w:pPr>
        <w:spacing w:after="40"/>
      </w:pPr>
    </w:p>
    <w:p>
      <w:pPr>
        <w:pStyle w:val="Heading3"/>
      </w:pPr>
      <w:r>
        <w:t>用户对象说明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身份信息，讲师、助教等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信息来源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assistant：助教student：普通观众slice：普通观众dummy：虚拟观众teacher：讲师guest：嘉宾attendee：研讨会参会者（频道场景为研讨会场景时才有）manager：直播监控管理员talent：同台主播（频道场景为MR时才有）</w:t>
            </w:r>
          </w:p>
        </w:tc>
      </w:tr>
    </w:tbl>
    <w:p>
      <w:pPr>
        <w:spacing w:after="40"/>
      </w:pPr>
    </w:p>
    <w:p>
      <w:pPr>
        <w:pStyle w:val="Heading2"/>
      </w:pPr>
      <w:r>
        <w:t>javascript请求示例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formData = {</w:t>
        <w:br/>
        <w:t xml:space="preserve">    roomId: '412738',</w:t>
        <w:br/>
        <w:t xml:space="preserve">    page: 1,</w:t>
        <w:br/>
        <w:t xml:space="preserve">    len: 100,</w:t>
        <w:br/>
        <w:t xml:space="preserve">    hide: 0,</w:t>
        <w:br/>
        <w:t xml:space="preserve">    toGetSubRooms: true,</w:t>
        <w:br/>
        <w:t>};</w:t>
        <w:br/>
        <w:t>ajax({</w:t>
        <w:br/>
        <w:t xml:space="preserve">  url: 'https://apichat.polyv.net/front/userlistExternal',</w:t>
        <w:br/>
        <w:t xml:space="preserve">  formData,</w:t>
        <w:br/>
        <w:t xml:space="preserve">  type: 'get',</w:t>
        <w:br/>
        <w:t>}).then(console.log);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"count": 1,</w:t>
        <w:br/>
        <w:t xml:space="preserve">  "userlist": [</w:t>
        <w:br/>
        <w:t xml:space="preserve">    {</w:t>
        <w:br/>
        <w:t xml:space="preserve">      "banned": false,</w:t>
        <w:br/>
        <w:t xml:space="preserve">      "channelId": "412738",</w:t>
        <w:br/>
        <w:t xml:space="preserve">      "clientIp": "",</w:t>
        <w:br/>
        <w:t xml:space="preserve">      "nick": "广州观众/70375",</w:t>
        <w:br/>
        <w:t xml:space="preserve">      "param4": "",</w:t>
        <w:br/>
        <w:t xml:space="preserve">      "param5": "",</w:t>
        <w:br/>
        <w:t xml:space="preserve">      "pic": "http://liveimages.videocc.net/defaultImg/avatar/viewer.png",</w:t>
        <w:br/>
        <w:t xml:space="preserve">      "roomId": "412738",</w:t>
        <w:br/>
        <w:t xml:space="preserve">      "uid": "XXl7pssG5JvcNzhbAAAU",</w:t>
        <w:br/>
        <w:t xml:space="preserve">      "userId": "1621838373713",</w:t>
        <w:br/>
        <w:t xml:space="preserve">      "userType": "slice"</w:t>
        <w:br/>
        <w:t xml:space="preserve">    }</w:t>
        <w:br/>
        <w:t xml:space="preserve">  ]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获取聊天室在线列表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