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获取讲师信息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1、获取讲师信息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http://api.polyv.net/live/v3/channel/account/getTeacher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http://api.polyv.net/live/v3/channel/account/getTeacher?appId=frlr1zazn3&amp;sign=B9B8F9128AF8EE0E2E25B492C06E5A72&amp;channelId=2205489&amp;timestamp=1680599633136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成功返回true，错误返回空.【详见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讲师id，同频道号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讲师头像，例：//liveimages.videocc.net/uploaded/images/2023/04/gjps9etdpx.jpg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该字段为null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该字段为null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LoggerFactory.getLogger(ChatRoleTest.class);</w:t>
        <w:br/>
        <w:t>/**</w:t>
        <w:br/>
        <w:t xml:space="preserve"> * 查询讲师身份信息</w:t>
        <w:br/>
        <w:t xml:space="preserve"> * @throws IOException</w:t>
        <w:br/>
        <w:t xml:space="preserve"> */</w:t>
        <w:br/>
        <w:t>@Test</w:t>
        <w:br/>
        <w:t>public void testUpdateTeacherInfo()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"http://api.polyv.net/live/v3/channel/account/getTeacher";</w:t>
        <w:br/>
        <w:t xml:space="preserve">    String channelId = "2205489";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log.info("测试查询讲师身份信息接口返回值：{}",response);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"account": "2205489",</w:t>
        <w:br/>
        <w:t xml:space="preserve">        "actor": "讲师1",</w:t>
        <w:br/>
        <w:t xml:space="preserve">        "avatar": "//s1.videocc.net/default-img/avatar/teacher.png",</w:t>
        <w:br/>
        <w:t xml:space="preserve">        "channelId": 2205489,</w:t>
        <w:br/>
        <w:t xml:space="preserve">        "nickname": "葡萄籽",</w:t>
        <w:br/>
        <w:t xml:space="preserve">        "passwd": "Kz37O6",</w:t>
        <w:br/>
        <w:t xml:space="preserve">        "loginCode": null,</w:t>
        <w:br/>
        <w:t xml:space="preserve">        "role": null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获取讲师信息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