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查询管理员身份信息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1、通过频道号，查询管理员身份信息</w:t>
        <w:br/>
        <w:t>2、接口支持https协议</w:t>
        <w:br/>
        <w:t>3、接口URL中的{channelId}为"频道号"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http://api.polyv.net/live/v2/channelSetting/{channelId}/get-chat-admin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http://api.polyv.net/live/v2/channelSetting/2191569/get-chat-admin?appId=frlr1zazn3&amp;sign=056E68539013A10871D522FD5CD6C2E2&amp;timestamp=1616643463290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管理员身份信息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管理员头像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LoggerFactory.getLogger(ChatRoleTest.class);</w:t>
        <w:br/>
        <w:br/>
        <w:t>/**</w:t>
        <w:br/>
        <w:t xml:space="preserve"> * 查询管理员身份信息</w:t>
        <w:br/>
        <w:t xml:space="preserve"> * @throws IOException</w:t>
        <w:br/>
        <w:t xml:space="preserve"> */</w:t>
        <w:br/>
        <w:t>@Test</w:t>
        <w:br/>
        <w:t>public void testGetAdminInfo()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"2191569";</w:t>
        <w:br/>
        <w:t xml:space="preserve">        String url = "http://api.polyv.net/live/v2/channelSetting/"+channelId+"/get-chat-admin";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log.info("测试查询管理员身份信息接口返回值：{}",response);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"actor": "管理员",</w:t>
        <w:br/>
        <w:t xml:space="preserve">    "nickname": "管理员",</w:t>
        <w:br/>
        <w:t xml:space="preserve">    "avatar": "//s1.videocc.net/default-img/avatar/teacher.png"</w:t>
        <w:br/>
        <w:t xml:space="preserve">  }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查询管理员身份信息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