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管理员发送聊天信息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1、通过HTTP接口发送聊天文本内容，可指定发言者的头像、头衔、昵称，无需连接聊天室</w:t>
        <w:br/>
        <w:t>2、接口支持https协议</w:t>
        <w:br/>
        <w:t>3、文本消息和图片消息必传一个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http://api.polyv.net/live/v3/channel/chat/send-admin-msg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发送的文本消息，文本消息和图片消息必传一个，最长为2000字符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发送的图片消息地址，url不支持带参数。文本消息和图片消息必传一个发送图片消息时，设置的昵称、头衔和头像暂不生效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管理员头像，url不支持带参数。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昵称，最大为8个长度，超出会被截断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adminIndex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管理员索引，可以指定多个管理员发送消息，默认只有一个管理员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头衔，最大为4个长度，超出会被截断，不传参数则表示无头衔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freeReview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当频道开启审核后消息是否需要经过审核，默认为NY：不需要N：需要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apiVersion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接口版本，目前可选版本(3.2)，不同的版本返回数据会有细微差异，详情查看响应示例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http://api.polyv.net/live/v3/channel/chat/send-admin-msg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sg=测试发送图文信息&amp;actor=大管理员&amp;apiVersion=3.2&amp;nickName=西瓜籽&amp;appId=frlr1zazn3&amp;freeReview=&amp;sign=03430C8D280F64B4FCF9848D6E3E3993&amp;adminIndex=1&amp;pic=https://thirdwx.qlogo.cn/mmopen/vi_32/3lMXVJoLMLJibnkFuA23lyqj5MOQufhW5ATvHuB8byssutficHKU0u7OMx5OQgg9WNVuHf44AXfbAMMAZejuYFTg/132&amp;channelId=2191569&amp;timestamp=1616641479456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成功返回“发送成功”或者消息id，取决于请求参数apiVersion，具体见返回示例；错误返回空字符串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LoggerFactory.getLogger(ChatMessageTest.class);</w:t>
        <w:br/>
        <w:t>/**</w:t>
        <w:br/>
        <w:t xml:space="preserve"> * 发送图文信息</w:t>
        <w:br/>
        <w:t xml:space="preserve"> * @throws IOException</w:t>
        <w:br/>
        <w:t xml:space="preserve"> */</w:t>
        <w:br/>
        <w:t>@Test</w:t>
        <w:br/>
        <w:t>public void testSendMessage()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"http://api.polyv.net/live/v3/channel/chat/send-admin-msg";</w:t>
        <w:br/>
        <w:t xml:space="preserve">        String channelId = "2191569";</w:t>
        <w:br/>
        <w:t xml:space="preserve">        Integer adminIndex = 1;</w:t>
        <w:br/>
        <w:t xml:space="preserve">        String msg = "测试发送图文信息";</w:t>
        <w:br/>
        <w:t xml:space="preserve">        String pic = "https://thirdwx.qlogo.cn/mmopen/vi_32/3lMXVJoLMLJibnkFuA23lyqj5MOQufhW5ATvHuB8byssutficHKU0u7OMx5OQgg9WNVuHf44AXfbAMMAZejuYFTg/132";</w:t>
        <w:br/>
        <w:t xml:space="preserve">        String nickName = "西瓜籽";</w:t>
        <w:br/>
        <w:t xml:space="preserve">        String actor = "大管理员";</w:t>
        <w:br/>
        <w:t xml:space="preserve">        String freeReview = "";</w:t>
        <w:br/>
        <w:t xml:space="preserve">        String apiVersion = "3.2";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requestMap.put("adminIndex",adminIndex.toString());</w:t>
        <w:br/>
        <w:t xml:space="preserve">        requestMap.put("msg",msg);</w:t>
        <w:br/>
        <w:t xml:space="preserve">        requestMap.put("pic",pic);</w:t>
        <w:br/>
        <w:t xml:space="preserve">        requestMap.put("nickName",nickName);</w:t>
        <w:br/>
        <w:t xml:space="preserve">        requestMap.put("actor",actor);</w:t>
        <w:br/>
        <w:t xml:space="preserve">        requestMap.put("freeReview",freeReview);</w:t>
        <w:br/>
        <w:t xml:space="preserve">        requestMap.put("apiVersion",apiVersion);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log.info("测试发送聊天室消息接口返回值：{}",response);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成功示例-当apiVersion没有设置时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"发送成功"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成功示例-当apiVersion设置为3.1时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"msgId":"a16610f0-852f-11eb-b491-81c8f28f8d72"</w:t>
        <w:br/>
        <w:t xml:space="preserve">  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管理员发送聊天信息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