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（可隐藏）以管理员身份发送信息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1、通过管理员，发送聊天消息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http://api.polyv.net/live/v3/channel/chat/send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聊天信息内容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发送人角色（目前为只提供管理员角色，值为"ADMIN"）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http://api.polyv.net/live/v3/channel/chat/send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role=ADMIN&amp;appId=frlr1zazn3&amp;sign=216F6344B9BC30B04F7C726AA8FF9F9D&amp;channelId=2191569&amp;content=（可隐藏）以管理员身份发送信息&amp;timestamp=1616641619171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成功返回“The message send success!”，错误返回空字符串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LoggerFactory.getLogger(ChatMessageTest.class);</w:t>
        <w:br/>
        <w:br/>
        <w:t>/**</w:t>
        <w:br/>
        <w:t xml:space="preserve"> * （可隐藏）以管理员身份发送信息</w:t>
        <w:br/>
        <w:t xml:space="preserve"> * @throws IOException</w:t>
        <w:br/>
        <w:t xml:space="preserve"> */</w:t>
        <w:br/>
        <w:t>@Test</w:t>
        <w:br/>
        <w:t>public void testSendHiddenMessageByAdmin()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"http://api.polyv.net/live/v3/channel/chat/send";</w:t>
        <w:br/>
        <w:t xml:space="preserve">        String channelId = "2191569";</w:t>
        <w:br/>
        <w:t xml:space="preserve">        String content = "（可隐藏）以管理员身份发送信息";</w:t>
        <w:br/>
        <w:t xml:space="preserve">        String role = "ADMIN";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t xml:space="preserve">        requestMap.put("content",content);</w:t>
        <w:br/>
        <w:t xml:space="preserve">        requestMap.put("role",role);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log.info("测试（可隐藏）以管理员身份发送信息接口返回值：{}",response);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"The message send success!"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（可隐藏）以管理员身份发送信息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