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（可隐藏）发送图文信息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1、通过聊天室API，发送图文信息</w:t>
        <w:br/>
        <w:t>2、接口支持https协议</w:t>
        <w:br/>
        <w:t>3、接口URL中的{channelId}为"频道号"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http://api.polyv.net/live/v1/channelSetting/{channelId}/send-chat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content/imgUrl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需要发送的图片或是文字，二者不能同时为空，可以同时提交, content需要进行base64编码，详见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url安全的base64编码规则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url安全的base64编码规则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Java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String encodeBase64URLSafeString(String text) {</w:t>
        <w:br/>
        <w:t xml:space="preserve">        byte[] data = org.apache.commons.codec.binary.Base64.encodeBase64URLSafe(text.getBytes(StandardCharsets.UTF_8));</w:t>
        <w:br/>
        <w:t xml:space="preserve">        return new String(data, StandardCharsets.UTF_8);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php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function urlsafe_b64encode($string) {</w:t>
        <w:br/>
        <w:t xml:space="preserve">        $data = base64_encode($string);</w:t>
        <w:br/>
        <w:t xml:space="preserve">        $data = str_replace(array('+','/','='), array('-','_',''), $data);</w:t>
        <w:br/>
        <w:t xml:space="preserve">        return $data;</w:t>
        <w:br/>
        <w:t>}</w:t>
      </w: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http://api.polyv.net/live/v1/channelSetting/2191569/send-chat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appId=frlr1zazn3&amp;sign=47B9259E6E93CA2E15B33D532E813417&amp;userId=1b448be323&amp;content=5rWL6K-V77yI5Y-v6ZqQ6JeP77yJ5Y-R6YCB5Zu-5paH5L-h5oGv&amp;timestamp=1616641094219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LoggerFactory.getLogger(ChatMessageTest.class);</w:t>
        <w:br/>
        <w:br/>
        <w:t>// URL安全的字符串base64编码</w:t>
        <w:br/>
        <w:t>public static String encodeBase64URLSafeString(String text) {</w:t>
        <w:br/>
        <w:t xml:space="preserve">        byte[] data = org.apache.commons.codec.binary.Base64.encodeBase64URLSafe(text.getBytes(StandardCharsets.UTF_8));</w:t>
        <w:br/>
        <w:t xml:space="preserve">        return new String(data, StandardCharsets.UTF_8);</w:t>
        <w:br/>
        <w:t>}</w:t>
        <w:br/>
        <w:br/>
        <w:t>/**</w:t>
        <w:br/>
        <w:t xml:space="preserve"> * （可隐藏）发送图文信息</w:t>
        <w:br/>
        <w:t xml:space="preserve"> * @throws IOException</w:t>
        <w:br/>
        <w:t xml:space="preserve"> */</w:t>
        <w:br/>
        <w:t>@Test</w:t>
        <w:br/>
        <w:t>public void testSendHiddenMessage()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channelId = "2191569";</w:t>
        <w:br/>
        <w:t xml:space="preserve">        String url = "http://api.polyv.net/live/v1/channelSetting/"+channelId+"/send-chat";</w:t>
        <w:br/>
        <w:t xml:space="preserve">        String content = encodeBase64URLSafeString("测试（可隐藏）发送图文信息");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requestMap.put("content",content);</w:t>
        <w:br/>
        <w:t xml:space="preserve">        requestMap.put("userId",userId);</w:t>
        <w:br/>
        <w:t xml:space="preserve">        requestMap.put("sign",LiveSignUtil.getSign(requestMap, appSecret));</w:t>
        <w:br/>
        <w:t xml:space="preserve">        String response = HttpUtil.postFormBody(url, requestMap);</w:t>
        <w:br/>
        <w:t xml:space="preserve">        log.info("测试（可隐藏）发送图文信息接口返回值：{}",response);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"status": "success",</w:t>
        <w:br/>
        <w:t xml:space="preserve">  "result": ""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（可隐藏）发送图文信息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