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发送审核通过的聊天消息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1、发送审核通过的聊天消息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http://api.polyv.net/live/v4/chat/message/audit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自定义的msgId，不超过32个字符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观众id，不超过64个字符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观众昵称，不超过128个字符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消息内容content，不超过2000个字符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观众头像链接，不超过200个字符；若不传入该字段，viewerId对应观众在线时使用用户头像，否则使用默认头像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观众类型， viewer：观众，student: 学生，slice: 云课堂学员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http://api.polyv.net/live/v4/chat/message/audit?appId=fxlwyesvqd&amp;sign=942AC99EACD1D11FF35E480414403EB0&amp;timestamp=1680162971000&amp;channelId=3808479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  {</w:t>
        <w:br/>
        <w:t xml:space="preserve">        "msgId":"msg-1",</w:t>
        <w:br/>
        <w:t xml:space="preserve">        "content":"我发送了一条消息",</w:t>
        <w:br/>
        <w:t xml:space="preserve">        "viewerId":"sadboy",</w:t>
        <w:br/>
        <w:t xml:space="preserve">        "nickName":"polyv"</w:t>
        <w:br/>
        <w:t xml:space="preserve">    }</w:t>
        <w:br/>
        <w:t>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保利威聊天室消息id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错误或正常的提示，如：发送成功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外部消息Id，即请求参数中的msgId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发言是否成功，true：成功，false：失败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审核通过聊天信息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messageAuditTest()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"http://api.polyv.net/live/v4/chat/message/audit";</w:t>
        <w:br/>
        <w:t xml:space="preserve">    String channelId = "1965681";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requestMap.put("channelId", channelId);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br/>
        <w:t xml:space="preserve">    Map&lt;String, String&gt; jsonMap = new HashMap&lt;&gt;();</w:t>
        <w:br/>
        <w:t xml:space="preserve">    jsonMap.put("msgId","msg-1");</w:t>
        <w:br/>
        <w:t xml:space="preserve">    jsonMap.put("content","我发送了一条消息");</w:t>
        <w:br/>
        <w:t xml:space="preserve">    jsonMap.put("viewerId","sadboy");</w:t>
        <w:br/>
        <w:t xml:space="preserve">    jsonMap.put("nickName","polyv");</w:t>
        <w:br/>
        <w:t xml:space="preserve">    List&lt;Map&lt;String, String&gt;&gt; list = new ArrayList&lt;&gt;();</w:t>
        <w:br/>
        <w:t xml:space="preserve">    list.add(jsonMap);</w:t>
        <w:br/>
        <w:br/>
        <w:t xml:space="preserve">    String response = HttpUtil.postJsonBody(url,JSON.toJSONString(list),null);</w:t>
        <w:br/>
        <w:br/>
        <w:t xml:space="preserve">    log.info("测试审核通过聊天信息成功：{}",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"807edf69deb540cd8b1f7a8b0e2dc883.64.16801629319610385",</w:t>
        <w:br/>
        <w:t xml:space="preserve">    "data": [</w:t>
        <w:br/>
        <w:t xml:space="preserve">        {</w:t>
        <w:br/>
        <w:t xml:space="preserve">            "msgId": "123",</w:t>
        <w:br/>
        <w:t xml:space="preserve">            "id": "3ec969a0-ced0-11ed-87bd-6de896f75816",</w:t>
        <w:br/>
        <w:t xml:space="preserve">            "status": true,</w:t>
        <w:br/>
        <w:t xml:space="preserve">            "msg": "发送成功"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发送审核通过的聊天消息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