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查询频道聊天记录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1、通过频道号，查询一段时间内的聊天记录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http://api.polyv.net/live/v3/channel/chat/get-history-page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2、时间格式为yyyy-MM-dd 或 yyyy-MM-dd HH:mm:ss。如未提交具体时间，只提交了日期，开始时间默认为日期当天的 00:00:00，结束时间为日期当天的23:59:59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聊天记录的开始时间格式为yyyy-MM-dd，例如：2021-03-01或者格式为yyyy-MM-dd HH:mm:ss，例如：2021-03-01 16:30:12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聊天记录的结束时间，要求同上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获取第几页聊天记录，默认为1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每页记录数，默认为1000，最大为1000，大于1000将不会返回contents数据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用户类型，可以选择多个类型，用英文逗号隔开slice：云课堂学员teacher：讲师guest：嘉宾manager：管理员assistant：助教viewer：特邀观众monitor：场监attendee：研讨会参与者student：普通直播观众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聊天记录审核状态，默认pass：已审核pass：已审核censor：审核中和删除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类型，不填默认公聊extend：管理员私聊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如果有房间号，需要传入房间号，默认不传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hasTotal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是否返回当前查询总数，Y：是，N：否，默认为N  注：此参数可能会影响接口响应性能，若非强烈需求，建议不要传此参数，可以根据返回结果中的 </w:t>
            </w:r>
            <w:r>
              <w:rPr>
                <w:rFonts w:ascii="Menlo" w:hAnsi="Menlo"/>
                <w:color w:val="444444"/>
                <w:sz w:val="17"/>
              </w:rPr>
              <w:t>contents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数组长度来判断是否还有下一页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get-history-page?startDay=2020-03-10&amp;appId=frlr1z1zn3&amp;endDay=2021-03-10&amp;sign=FD60256504E55BC4986B1BF9D207A997&amp;pageSize=20&amp;page=1&amp;userType=&amp;source=&amp;channelId=1965681&amp;roomId=&amp;timestamp=1635478961187&amp;status=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聊天信息数组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总的条数， 仅当hasTotal为Y时有值，否则一直为0。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总页数，约束同上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用户ip（为了数据安全性，该数据将不再返回）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聊天内容，当消息为图片类型时，content为json字符串，下面说明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事件，具体参考聊天室SDK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图片消息的图片地址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消息类型redpaper：红包消息chatImg：图片消息custom：自定义消息（通过socket发送的自定义消息）reward：打赏消息customerMessage：自定义消息（通过http接口发送的自定义消息）为空：普通聊天消息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quote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发送消息时的时间戳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用户类型slice：云课堂学员teacher：讲师guest：嘉宾manager：管理员assistant：助教viewer：特邀观众monitor：场监attendee：研讨会参与者student：普通直播观众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审核状态pass：已审核censor：审核中delete：删除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消息来源public：群聊extend：管理员私聊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聊天信息数组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content为json格式时说明</w:t>
      </w:r>
    </w:p>
    <w:p>
      <w:pPr>
        <w:pStyle w:val="Heading3"/>
      </w:pPr>
      <w:r>
        <w:t>根据`msgType`区分消息类型</w:t>
      </w:r>
    </w:p>
    <w:p>
      <w:pPr>
        <w:pStyle w:val="Heading3"/>
      </w:pPr>
      <w:r>
        <w:t>当`msgType`为`redpaper`时，表示红包：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redCacheId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缓存的红包id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红包总金额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红包类型，normal为普通红包，rain为红包雨，password口令红包，official_normal开播端-普通红包</w:t>
            </w:r>
          </w:p>
        </w:tc>
      </w:tr>
    </w:tbl>
    <w:p>
      <w:pPr>
        <w:spacing w:after="40"/>
      </w:pPr>
    </w:p>
    <w:p>
      <w:pPr>
        <w:pStyle w:val="Heading3"/>
      </w:pPr>
      <w:r>
        <w:t>当`msgType`为`reward`时，表示打赏：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打赏礼物数量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rewardContent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rewardUser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打赏者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rewardUser字段说明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当`msgType`为`chatImg`时，表示图片：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图片上传状态，upLoadingSuccess表示上传成功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uploadImgUrl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图片上传成功后的地址，多个地址用逗号隔开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图片尺寸，width表示图片宽度，height表示图片高度</w:t>
            </w:r>
          </w:p>
        </w:tc>
      </w:tr>
    </w:tbl>
    <w:p>
      <w:pPr>
        <w:spacing w:after="40"/>
      </w:pPr>
    </w:p>
    <w:p>
      <w:pPr>
        <w:pStyle w:val="Heading3"/>
      </w:pPr>
      <w:r>
        <w:t>当`msgType`为`custom`时，表示自定义消息：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自定义消息事件类型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version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自定义消息版本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emitMode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自定义消息广播方式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自定义消息体</w:t>
            </w:r>
          </w:p>
        </w:tc>
      </w:tr>
    </w:tbl>
    <w:p>
      <w:pPr>
        <w:spacing w:after="40"/>
      </w:pPr>
    </w:p>
    <w:p>
      <w:pPr>
        <w:pStyle w:val="Heading3"/>
      </w:pPr>
      <w:r>
        <w:t>user字段说明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banned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socketId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用户唯一标示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观众来源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用户类型slice：云课堂学员teacher：讲师guest：嘉宾manager：管理员assistant：助教viewer：特邀观众monitor：场监attendee：研讨会参与者student：普通直播观众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用户自定义字段</w:t>
            </w:r>
          </w:p>
        </w:tc>
      </w:tr>
    </w:tbl>
    <w:p>
      <w:pPr>
        <w:spacing w:after="40"/>
      </w:pPr>
    </w:p>
    <w:p>
      <w:pPr>
        <w:pStyle w:val="Heading3"/>
      </w:pPr>
      <w:r>
        <w:t>rewardUser字段说明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设备类型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socketId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banned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用户类型slice：云课堂学员teacher：讲师guest：嘉宾manager：管理员assistant：助教viewer：特邀观众monitor：场监attendee：研讨会参与者student：普通直播观众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是否为定制礼物 0：否 1：是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场景alone：活动直播ppt：三分屏topclass：大班课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private static final Logger log = LoggerFactory.getLogger(ChatMessageTest.class);</w:t>
        <w:br/>
        <w:br/>
        <w:t xml:space="preserve">    /**</w:t>
        <w:br/>
        <w:t xml:space="preserve">     * 查询频道聊天记录</w:t>
        <w:br/>
        <w:t xml:space="preserve">     * @throws IOException</w:t>
        <w:br/>
        <w:t xml:space="preserve">     */</w:t>
        <w:br/>
        <w:t xml:space="preserve">    @Test</w:t>
        <w:br/>
        <w:t xml:space="preserve">    public void testGetMessageList()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"http://api.polyv.net/live/v3/channel/chat/get-history-page";</w:t>
        <w:br/>
        <w:t xml:space="preserve">        String startDay = "2020-03-10";</w:t>
        <w:br/>
        <w:t xml:space="preserve">        String endDay = "2021-03-10";</w:t>
        <w:br/>
        <w:t xml:space="preserve">        String channelId = "1965681";</w:t>
        <w:br/>
        <w:t xml:space="preserve">        Integer page = 1;</w:t>
        <w:br/>
        <w:t xml:space="preserve">        Integer pageSize = 20;</w:t>
        <w:br/>
        <w:t xml:space="preserve">        String userType = "";</w:t>
        <w:br/>
        <w:t xml:space="preserve">        String status = "";</w:t>
        <w:br/>
        <w:t xml:space="preserve">        String source = "";</w:t>
        <w:br/>
        <w:t xml:space="preserve">        String roomId = "";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requestMap.put("startDay",startDay);</w:t>
        <w:br/>
        <w:t xml:space="preserve">        requestMap.put("endDay",endDay);</w:t>
        <w:br/>
        <w:t xml:space="preserve">        requestMap.put("channelId",channelId);</w:t>
        <w:br/>
        <w:t xml:space="preserve">        requestMap.put("page",page.toString());</w:t>
        <w:br/>
        <w:t xml:space="preserve">        requestMap.put("pageSize",pageSize.toString());</w:t>
        <w:br/>
        <w:t xml:space="preserve">        requestMap.put("userType",userType);</w:t>
        <w:br/>
        <w:t xml:space="preserve">        requestMap.put("status",status);</w:t>
        <w:br/>
        <w:t xml:space="preserve">        requestMap.put("source",source);</w:t>
        <w:br/>
        <w:t xml:space="preserve">        requestMap.put("roomId",roomId);</w:t>
        <w:br/>
        <w:t xml:space="preserve">        requestMap.put("sign", LiveSignUtil.getSign(requestMap, appSecret));</w:t>
        <w:br/>
        <w:t xml:space="preserve">        String response = HttpUtil.get(url, requestMap);</w:t>
        <w:br/>
        <w:t xml:space="preserve">        log.info("测试查询频道聊天记录接口返回值：{}",response);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"pageNumber": 1,</w:t>
        <w:br/>
        <w:t xml:space="preserve">        "pageSize": 20,</w:t>
        <w:br/>
        <w:t xml:space="preserve">        "totalPages": 0,</w:t>
        <w:br/>
        <w:t xml:space="preserve">        "totalItems": 0,</w:t>
        <w:br/>
        <w:t xml:space="preserve">        "contents": [</w:t>
        <w:br/>
        <w:t xml:space="preserve">            {</w:t>
        <w:br/>
        <w:t xml:space="preserve">                "id": "874e2850-12bc-11eb-963f-578bb7bc5db5",</w:t>
        <w:br/>
        <w:t xml:space="preserve">                "accountId": "",</w:t>
        <w:br/>
        <w:t xml:space="preserve">                "clientIP": "",</w:t>
        <w:br/>
        <w:t xml:space="preserve">                "content": "hello 大家好",</w:t>
        <w:br/>
        <w:t xml:space="preserve">                "event": null,</w:t>
        <w:br/>
        <w:t xml:space="preserve">                "image": "",</w:t>
        <w:br/>
        <w:t xml:space="preserve">                "msgType": null,</w:t>
        <w:br/>
        <w:t xml:space="preserve">                "quote": null,</w:t>
        <w:br/>
        <w:t xml:space="preserve">                "sessionId": "fs9v9y4nxf",</w:t>
        <w:br/>
        <w:t xml:space="preserve">                "roomId": "1965681",</w:t>
        <w:br/>
        <w:t xml:space="preserve">                "channelId": 1965681,</w:t>
        <w:br/>
        <w:t xml:space="preserve">                "time": 1603188649810,</w:t>
        <w:br/>
        <w:t xml:space="preserve">                "userType": "",</w:t>
        <w:br/>
        <w:t xml:space="preserve">                "status": "",</w:t>
        <w:br/>
        <w:t xml:space="preserve">                "sourceType": "public",</w:t>
        <w:br/>
        <w:t xml:space="preserve">                "user": {</w:t>
        <w:br/>
        <w:t xml:space="preserve">                    "actor": null,</w:t>
        <w:br/>
        <w:t xml:space="preserve">                    "banned": false,</w:t>
        <w:br/>
        <w:t xml:space="preserve">                    "channelId": 1965681,</w:t>
        <w:br/>
        <w:t xml:space="preserve">                    "clientIp": "",</w:t>
        <w:br/>
        <w:t xml:space="preserve">                    "nickname": "thomas",</w:t>
        <w:br/>
        <w:t xml:space="preserve">                    "pic": "http://s1.videocc.net/default-img/avatar/teacher.png",</w:t>
        <w:br/>
        <w:t xml:space="preserve">                    "roomId": "1965681",</w:t>
        <w:br/>
        <w:t xml:space="preserve">                    "sessionId": null,</w:t>
        <w:br/>
        <w:t xml:space="preserve">                    "uid": "",</w:t>
        <w:br/>
        <w:t xml:space="preserve">                    "userId": "1965681_reboot_0",</w:t>
        <w:br/>
        <w:t xml:space="preserve">                    "userSource": null,</w:t>
        <w:br/>
        <w:t xml:space="preserve">                    "userType": ""</w:t>
        <w:br/>
        <w:t xml:space="preserve">                }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查询频道聊天记录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