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查询所有聊天记录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1、查询账号下频道聊天记录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http://api.polyv.net/live/v3/user/chat/get-speak-list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2、第一次查询不传cursor参数，后面的查询使用前一次返回的cursor，直到返回list没有数据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查询的开始时间 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查询的结束时间 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cursor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第一次查询不传，后面的查询使用前一次返回的cursor即可，直到返回list没有数据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每页大小，默认为10，最大值为1000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https://api.polyv.net/live/v3/user/chat/get-speak-list?cursor=6_2&amp;size=3&amp;appId=frlr1zazn3&amp;sign=C63541E7ACE179314B087FB218925FBC&amp;userId=1b448be323&amp;timestamp=1634284501527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响应的数据【详见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cursor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游标，请求带此参数获取下一页数据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请求时所传size，和实际返回list长度不一致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list字段说明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list字段说明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用户信息json数据【详见用户信息json字段说明】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quote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回复id</w:t>
            </w:r>
          </w:p>
        </w:tc>
      </w:tr>
    </w:tbl>
    <w:p>
      <w:pPr>
        <w:spacing w:after="40"/>
      </w:pPr>
    </w:p>
    <w:p>
      <w:pPr>
        <w:pStyle w:val="Heading3"/>
      </w:pPr>
      <w:r>
        <w:t>用户信息json字段说明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banned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socketId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用户唯一标示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用户类型slice：云课堂学员teacher：讲师guest：嘉宾manager：管理员assistant：助教viewer：特邀观众monitor：场监attendee：研讨会参与者student：普通直播观众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/**</w:t>
        <w:br/>
        <w:t xml:space="preserve">     * 测试查询频道连麦详情数据</w:t>
        <w:br/>
        <w:t xml:space="preserve">     * @throws IOException</w:t>
        <w:br/>
        <w:t xml:space="preserve">     */</w:t>
        <w:br/>
        <w:t xml:space="preserve">    @Test</w:t>
        <w:br/>
        <w:t xml:space="preserve">    public void test()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"https://api.polyv.net/live/v3/user/chat/get-speak-list";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br/>
        <w:t xml:space="preserve">        requestMap.put("userId",userId);</w:t>
        <w:br/>
        <w:t xml:space="preserve">        requestMap.put("cursor","6_2");</w:t>
        <w:br/>
        <w:t xml:space="preserve">        requestMap.put("size","3");</w:t>
        <w:br/>
        <w:t xml:space="preserve">        requestMap.put("sign", LiveSignUtil.getSign(requestMap, appSecret));</w:t>
        <w:br/>
        <w:t xml:space="preserve">        String response = HttpUtil.get(url, requestMap);</w:t>
        <w:br/>
        <w:t xml:space="preserve">        log.info("测试查询所有聊天记录，当前页查询成功，返回值：{}",response);</w:t>
        <w:br/>
        <w:t xml:space="preserve">        //do somethings</w:t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"size": 3,</w:t>
        <w:br/>
        <w:t xml:space="preserve">        "cursor": "7_3",</w:t>
        <w:br/>
        <w:t xml:space="preserve">        "list": [</w:t>
        <w:br/>
        <w:t xml:space="preserve">            {</w:t>
        <w:br/>
        <w:t xml:space="preserve">                "id": "f14e71f0-0fb5-11ec-912a-f7bfa2a37ef8",</w:t>
        <w:br/>
        <w:t xml:space="preserve">                "roomId": "2523307",</w:t>
        <w:br/>
        <w:t xml:space="preserve">                "content": "1",</w:t>
        <w:br/>
        <w:t xml:space="preserve">                "user": "{\"banned\":false,\"channelId\":\"2523307\",\"clientIp\":\"175.10.232.110\",\"customize\":0,\"nick\":\"a\",\"pic\":\"https://liveimages.videocc.net/defaultImg/avatar/viewer.png\",\"roomId\":\"2523307\",\"uid\":\"nhycNjFyZxSXuVz0AKNW\",\"userId\":\"1631003162428\",\"userType\":\"slice\"}",</w:t>
        <w:br/>
        <w:t xml:space="preserve">                "image": "",</w:t>
        <w:br/>
        <w:t xml:space="preserve">                "time": 1631003465350,</w:t>
        <w:br/>
        <w:t xml:space="preserve">                "clientIP": "",</w:t>
        <w:br/>
        <w:t xml:space="preserve">                "msgType": null,</w:t>
        <w:br/>
        <w:t xml:space="preserve">                "userType": "slice",</w:t>
        <w:br/>
        <w:t xml:space="preserve">                "sessionId": null,</w:t>
        <w:br/>
        <w:t xml:space="preserve">                "quote": null,</w:t>
        <w:br/>
        <w:t xml:space="preserve">                "accountId": "1b448be323"</w:t>
        <w:br/>
        <w:t xml:space="preserve">            },</w:t>
        <w:br/>
        <w:t xml:space="preserve">            {</w:t>
        <w:br/>
        <w:t xml:space="preserve">                "id": "f202a6c0-0fb5-11ec-912a-f7bfa2a37ef8",</w:t>
        <w:br/>
        <w:t xml:space="preserve">                "roomId": "2523307",</w:t>
        <w:br/>
        <w:t xml:space="preserve">                "content": "2",</w:t>
        <w:br/>
        <w:t xml:space="preserve">                "user": "{\"banned\":false,\"channelId\":\"2523307\",\"clientIp\":\"175.10.232.110\",\"customize\":0,\"nick\":\"a\",\"pic\":\"https://liveimages.videocc.net/defaultImg/avatar/viewer.png\",\"roomId\":\"2523307\",\"uid\":\"nhycNjFyZxSXuVz0AKNW\",\"userId\":\"1631003162428\",\"userType\":\"slice\"}",</w:t>
        <w:br/>
        <w:t xml:space="preserve">                "image": "",</w:t>
        <w:br/>
        <w:t xml:space="preserve">                "time": 1631003466531,</w:t>
        <w:br/>
        <w:t xml:space="preserve">                "clientIP": "",</w:t>
        <w:br/>
        <w:t xml:space="preserve">                "msgType": null,</w:t>
        <w:br/>
        <w:t xml:space="preserve">                "userType": "slice",</w:t>
        <w:br/>
        <w:t xml:space="preserve">                "sessionId": null,</w:t>
        <w:br/>
        <w:t xml:space="preserve">                "quote": null,</w:t>
        <w:br/>
        <w:t xml:space="preserve">                "accountId": "1b448be323"</w:t>
        <w:br/>
        <w:t xml:space="preserve">            },</w:t>
        <w:br/>
        <w:t xml:space="preserve">            {</w:t>
        <w:br/>
        <w:t xml:space="preserve">                "id": "f39331d0-0fb5-11ec-912a-f7bfa2a37ef8",</w:t>
        <w:br/>
        <w:t xml:space="preserve">                "roomId": "2523307",</w:t>
        <w:br/>
        <w:t xml:space="preserve">                "content": "35",</w:t>
        <w:br/>
        <w:t xml:space="preserve">                "user": "{\"banned\":false,\"channelId\":\"2523307\",\"clientIp\":\"175.10.232.110\",\"customize\":0,\"nick\":\"a\",\"pic\":\"https://liveimages.videocc.net/defaultImg/avatar/viewer.png\",\"roomId\":\"2523307\",\"uid\":\"nhycNjFyZxSXuVz0AKNW\",\"userId\":\"1631003162428\",\"userType\":\"slice\"}",</w:t>
        <w:br/>
        <w:t xml:space="preserve">                "image": "",</w:t>
        <w:br/>
        <w:t xml:space="preserve">                "time": 1631003469156,</w:t>
        <w:br/>
        <w:t xml:space="preserve">                "clientIP": "",</w:t>
        <w:br/>
        <w:t xml:space="preserve">                "msgType": null,</w:t>
        <w:br/>
        <w:t xml:space="preserve">                "userType": "slice",</w:t>
        <w:br/>
        <w:t xml:space="preserve">                "sessionId": null,</w:t>
        <w:br/>
        <w:t xml:space="preserve">                "quote": null,</w:t>
        <w:br/>
        <w:t xml:space="preserve">                "accountId": "1b448be323"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查询所有聊天记录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