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删除频道单条聊天记录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1、通过聊天id，删除聊天记录</w:t>
        <w:br/>
        <w:t>2、接口支持https协议</w:t>
        <w:br/>
        <w:t>3、接口URL中的{channelId}为"频道号"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http://api.polyv.net/live/v2/chat/{channelId}/delChat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聊天记录对应的id，该参数获取自【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查询频道聊天记录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http://api.polyv.net/live/v2/chat/2191569/delChat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appId=frlr1zazn3&amp;sign=D4DF7484D3E3B2667F4C132B02B19CCB&amp;id=e893fbb0-81b8-11eb-be68-131bccfd52a6&amp;timestamp=1616641954025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请求失败时为空，请求成功为"success"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LoggerFactory.getLogger(ChatMessageTest.class);</w:t>
        <w:br/>
        <w:br/>
        <w:t>/**</w:t>
        <w:br/>
        <w:t xml:space="preserve"> * 删除频道单条聊天记录</w:t>
        <w:br/>
        <w:t xml:space="preserve"> * @throws IOException</w:t>
        <w:br/>
        <w:t xml:space="preserve"> */</w:t>
        <w:br/>
        <w:t>@Test</w:t>
        <w:br/>
        <w:t>public void testDeleteMessageById()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channelId = "2191569";</w:t>
        <w:br/>
        <w:t xml:space="preserve">        String url = "http://api.polyv.net/live/v2/chat/"+channelId+"/delChat";</w:t>
        <w:br/>
        <w:t xml:space="preserve">        String id = "e893fbb0-81b8-11eb-be68-131bccfd52a6";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requestMap.put("id",id);</w:t>
        <w:br/>
        <w:t xml:space="preserve">        requestMap.put("sign",LiveSignUtil.getSign(requestMap, appSecret));</w:t>
        <w:br/>
        <w:t xml:space="preserve">        String response = HttpUtil.postFormBody(url, requestMap);</w:t>
        <w:br/>
        <w:t xml:space="preserve">        log.info("测试删除频道单条聊天记录接口返回值：{}",response);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删除频道单条聊天记录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