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清空频道聊天记录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1、通过频道号，删除全部聊天记录</w:t>
        <w:br/>
        <w:t>2、接口支持https协议</w:t>
        <w:br/>
        <w:t>3、接口URL中的{channelId}为"频道号"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http://api.polyv.net/live/v2/chat/{channelId}/cleanChat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http://api.polyv.net/live/v2/chat/2202970/cleanChat?appId=frlr1zazn3&amp;sign=F20B6A6E8242DF2E72654C4713B0212C&amp;timestamp=1616642084136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请求失败时为空，请求成功时为true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LoggerFactory.getLogger(ChatMessageTest.class);</w:t>
        <w:br/>
        <w:br/>
        <w:t>/**</w:t>
        <w:br/>
        <w:t xml:space="preserve"> * 清空频道聊天记录</w:t>
        <w:br/>
        <w:t xml:space="preserve"> * @throws IOException</w:t>
        <w:br/>
        <w:t xml:space="preserve"> */</w:t>
        <w:br/>
        <w:t>@Test</w:t>
        <w:br/>
        <w:t>public void testDeleteAllMessage()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"2202970";</w:t>
        <w:br/>
        <w:t xml:space="preserve">        String url = "http://api.polyv.net/live/v2/chat/"+channelId+"/cleanChat";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log.info("测试清空频道聊天记录接口返回值：{}",response);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清空频道聊天记录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