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发送开播端弹窗消息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1、用于直播中，给开播讲师以弹窗形式发送特定消息的能力（当前仅支持给讲师触发）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http://api.polyv.net/live/v4/chat/alert-to-special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消息说明长度大于等于1，长度小于等于500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标题长度大于等于1，长度小于等于100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alert-to-special?appId=frlr1zazn3&amp;sign=4F16189E140DEAB547A5105093037D6B&amp;message=%E6%88%91%E5%8F%91%E4%B8%AA%E5%BC%B9%E7%AA%97%E6%B5%8B%E8%AF%95%E6%B6%88%E6%81%AF&amp;title=%E8%AD%A6%E5%91%8A&amp;channelId=4231598&amp;timestamp=1693878611630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提示特殊身份</w:t>
        <w:br/>
        <w:t>* @throws IOException</w:t>
        <w:br/>
        <w:t>* @throws NoSuchAlgorithmException</w:t>
        <w:br/>
        <w:t>*/</w:t>
        <w:br/>
        <w:t>@Test</w:t>
        <w:br/>
        <w:t>public void chatAlertToSpecialTest()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"http://api.polyv.net/live/v4/chat/alert-to-special";</w:t>
        <w:br/>
        <w:t xml:space="preserve">    String channelId = "4231598";</w:t>
        <w:br/>
        <w:t xml:space="preserve">    String message = "我发个弹窗测试消息";</w:t>
        <w:br/>
        <w:t xml:space="preserve">    String title = "警告";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requestMap.put("message", message);</w:t>
        <w:br/>
        <w:t xml:space="preserve">    requestMap.put("timestamp", timestamp);</w:t>
        <w:br/>
        <w:t xml:space="preserve">    requestMap.put("title", title);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log.info("测试提示特殊身份成功：{}",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"33fffbb646604f8a997724714b56ef1e.70.16938786176400585",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发送开播端弹窗消息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